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週報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期間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〇〇〇〇年〇月〇日（月）〜〇日（金）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部署・氏名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今週の結論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今週の結論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目標に届いたか、いちばん大事な動きを、2行で先に書きます。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例：受注は今週〇〇万円で、月の累計は〇〇万円です（目標の〇〇%）。</w:t>
                </w:r>
              </w:p>
            </w:sdtContent>
          </w:sdt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目標と実績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今週の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今週の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先週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まで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累計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達成率＝実績÷目標、月の累計＝先週まで＋今週の実績（先週までは、先週の週報の月の累計を写す）。</w:t>
      </w:r>
    </w:p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予定と実績（今週やると決めたこと）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予定していたこと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結果・遅れの理由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予定の件数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完了の割合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状況は、完了・遅れ・未着手のどれかを書きます。遅れ・未着手は、理由と、いつまでにやるかを書きます。</w:t>
      </w:r>
    </w:p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来週の予定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相談・お願い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18"/>
                <w:szCs w:val="18"/>
              </w:rPr>
              <w:alias w:val="5. 相談・お願い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18"/>
                    <w:szCs w:val="18"/>
                  </w:rPr>
                </w:pPr>
                <w:r>
                  <w:rPr>
                    <w:color w:val="8A94A0"/>
                    <w:sz w:val="18"/>
                    <w:szCs w:val="18"/>
                  </w:rPr>
                  <w:t xml:space="preserve">上司に決めてほしいこと、手伝ってほしいことを書きます。ないときは「特にありません」と書きます。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週報</dc:title>
  <dc:subject/>
  <dc:creator>おまかせレポート</dc:creator>
  <cp:keywords/>
  <dc:description/>
  <cp:lastModifiedBy>おまかせレポート</cp:lastModifiedBy>
  <cp:revision>1</cp:revision>
  <dcterms:created xsi:type="dcterms:W3CDTF">2026-11-03T14:22:27Z</dcterms:created>
  <dcterms:modified xsi:type="dcterms:W3CDTF">2026-11-03T14:22:27Z</dcterms:modified>
  <cp:category/>
</cp:coreProperties>
</file>