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週報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2026年10月19日〜23日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2026年10月23日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部署・氏名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営業部 営業2課（5名）　課長 森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営業部 部長</w:t>
            </w:r>
          </w:p>
        </w:tc>
      </w:tr>
    </w:tbl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今週の結論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・受注は今週320万円で、月の累計は1,010万円（目標の91.8%）。来週、目標に届く見込みです。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・新規の商談は今週4件、月の累計は12件で、目標の20件まで8件足りません。</w:t>
            </w:r>
          </w:p>
        </w:tc>
      </w:tr>
    </w:tbl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目標と実績</w:t>
            </w:r>
          </w:p>
        </w:tc>
      </w:tr>
      <w:tr>
        <w:trPr>
          <w:cantSplit/>
          <w:trHeight w:val="6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指標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今週の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今週の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実績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達成率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先週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まで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月の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累計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月の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月の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達成率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受注額（万円）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250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320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128.0%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690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1,010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1,100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91.8%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G社150万円ほか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新規の商談（件）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60.0%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紹介と問い合わせ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訪問（件）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95.0%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160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77.5%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見積りの提出（件）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76.7%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H社240万円ほか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達成率＝実績÷目標、月の累計＝先週まで＋今週の実績（先週までは、先週の週報の月の累計を写す）。</w:t>
      </w:r>
    </w:p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予定と実績（今週やると決めたこと）</w:t>
            </w:r>
          </w:p>
        </w:tc>
      </w:tr>
      <w:tr>
        <w:trPr>
          <w:cantSplit/>
          <w:trHeight w:val="360" w:hRule="atLeast"/>
          <w:tblHeader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予定していたこと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期日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結果・遅れの理由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G社から見積りの回答をもらう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完了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10/23に受注（150万円）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H社に見積りを出す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完了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240万円。先方の決裁は11月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D社に設備の更新の時期をうかがう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完了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来週、2回目のヒアリング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新規のリスト50社に電話で案内する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遅れ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30社まで。ほかの商談の準備を先にした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10月の受注の見込みを部長に報告する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完了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月の目標に届く見込みと報告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予定の件数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5件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完了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4件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完了の割合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80.0%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状況は、完了・遅れ・未着手のどれかを書きます。遅れ・未着手は、理由と、いつまでにやるかを書きます。</w:t>
      </w:r>
    </w:p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来週の予定</w:t>
            </w:r>
          </w:p>
        </w:tc>
      </w:tr>
      <w:tr>
        <w:trPr>
          <w:cantSplit/>
          <w:trHeight w:val="360" w:hRule="atLeast"/>
          <w:tblHeader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予定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A社に見積りを出す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高橋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B社・D社を訪問する（D社は2回目のヒアリング）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高橋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新規のリストの残り20社に電話する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10/27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佐々木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10月の実績をまとめ、月報を出す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11/2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森</w:t>
            </w:r>
          </w:p>
        </w:tc>
      </w:tr>
    </w:tbl>
    <w:p>
      <w:pPr>
        <w:spacing w:before="0" w:after="0" w:line="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相談・お願い</w:t>
            </w:r>
          </w:p>
        </w:tc>
      </w:tr>
      <w:tr>
        <w:trPr>
          <w:cantSplit/>
          <w:trHeight w:val="360" w:hRule="atLeast"/>
        </w:trPr>
        <w:tc>
          <w:tcPr>
            <w:tcW w:w="8310" w:type="dxa"/>
            <w:gridSpan w:val="10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新規の商談が、月の目標まで8件足りません。リストへの電話の進め方を、来週の課会でご相談させてください。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360" w:hRule="atLeast"/>
        </w:trPr>
        <w:tc>
          <w:tcPr>
            <w:tcW w:w="8310" w:type="dxa"/>
            <w:gridSpan w:val="10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週報</dc:title>
  <dc:subject/>
  <dc:creator>おまかせレポート</dc:creator>
  <cp:keywords/>
  <dc:description/>
  <cp:lastModifiedBy>おまかせレポート</cp:lastModifiedBy>
  <cp:revision>1</cp:revision>
  <dcterms:created xsi:type="dcterms:W3CDTF">2026-11-03T14:22:27Z</dcterms:created>
  <dcterms:modified xsi:type="dcterms:W3CDTF">2026-11-03T14:22:27Z</dcterms:modified>
  <cp:category/>
</cp:coreProperties>
</file>