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9972" w:type="dxa"/>
            <w:gridSpan w:val="12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研修報告書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所属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氏名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研修の概要</w:t>
            </w:r>
          </w:p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研修名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研修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研修・セミナー・講習の正式な名前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種類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種類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社内研修・外部セミナーなど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形式・場所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形式・場所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会場の場所か、オンライン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主催・講師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主催・講師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主催した会社・部署と、講師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日時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〇〇〇〇年〇月〇日（〇）〇:〇〇〜〇:〇〇（〇時間）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資料・修了証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資料・修了証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研修の資料や修了証を、どこに保存したか</w:t>
                </w:r>
              </w:p>
            </w:sdtContent>
          </w:sdt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種類は、社内研修・外部セミナー・資格の講習・その他のどれかを書きます。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受講の目的（仕事のどんな課題のためか）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2. 受講の目的（仕事のどんな課題のためか）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仕事のどんな課題のために受けたかを、今の数字と一緒に書きます。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例：新人の一次解決率が全体より10pt低く、直し方を学ぶために受講しました。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研修の内容と学んだこと（要点を3つまで）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3. 研修の内容と学んだこと（要点を3つまで）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研修の要点を3つまで、「・」で1行ずつ書きます。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最後に、自分の仕事に当てはめて気づいたことを1〜2文で書きます。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仕事で試すこと（次の行動と、確かめる数字）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行動（何をするか）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確かめる数字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1か月後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今・目標・1か月後は、単位まで書きます（20分、78.0%、25件など）。1か月後の欄は、振り返りのときに書き足します。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振り返り（1か月後に書き足す）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5. 振り返り（1か月後に書き足す）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1か月ほどたったら、試した結果を数字で書き足します。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目標に届いたもの、届かなかったものと、次に何を変えるかを書きます。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費用（円）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受講料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交通費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宿泊費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その他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合計</w:t>
            </w: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費用の合計は、足して書き入れます（Excel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上司のコメント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</w:tr>
      <w:tr>
        <w:trPr>
          <w:cantSplit/>
          <w:trHeight w:val="108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2026-11-03T14:24:50Z</dcterms:created>
  <dcterms:modified xsi:type="dcterms:W3CDTF">2026-11-03T14:24:50Z</dcterms:modified>
  <cp:category/>
</cp:coreProperties>
</file>