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研修報告書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サポート運用部 木村部長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2026年9月28日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サポート運用部 第2チーム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森田 遥（リーダー）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研修の概要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研修名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新人の応対を早く育てる、モニタリングとフィードバックの進め方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外部セミナー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形式・場所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会場（東京都千代田区）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主催・講師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株式会社サンプル研修センター（講師1名・受講者32名）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2026年9月24日（木）13:00〜17:00（4時間）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資料・修了証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研修の資料（PDF・48ページ）は、チームの共有フォルダ「研修資料」に保存しました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種類は、社内研修・外部セミナー・資格の講習・その他のどれかを書きます。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受講の目的（仕事のどんな課題のためか）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月に新人4名がチームに入りました。新人4名の一次解決率は9月1日〜18日で71.2%で、全体の8月の実績（81.1%）より約10pt低く、折り返しの電話が増えています。新人の応対を早く直す方法を学ぶために受講し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研修の内容と学んだこと（要点を3つまで）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・評価の項目は、正確さ・解決・わかりやすさ・時間の4つの観点に絞る。項目が多いと、新人に直す点が伝わらない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・録音は新人と一緒に週1件聞き、よかった点1つと直す点1つだけを伝える（1回15分）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・直す点は、次の1週間で試す言い回しまで決めて終える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今のチェックシートは18項目あり、1件の評価に約20分かかっています。新人に何を直せばよいかが伝わっていなかったと気づきました。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仕事で試すこと（次の行動と、確かめる数字）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行動（何をするか）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確かめる数字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1か月後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応対のチェックシートを18項目から、4つの観点の8項目に絞る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1件の評価にかかる時間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20分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10分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9分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新人4名と週1回、録音を一緒に聞く面談（15分）を始める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10月5日の週から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新人4名の一次解決率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71.2%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78.0%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79.4%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よくある問い合わせ10件の言い回しを、新人向けの回答例にまとめる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10月9日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新人4名の折り返しの電話（1週間）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41件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25件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27件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今・目標・1か月後は、単位まで書きます（20分、78.0%、25件など）。1か月後の欄は、振り返りのときに書き足します。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振り返り（1か月後に書き足す）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（11月2日に書き足し）チェックシートを8項目にし、評価は1件9分になりました。新人4名の一次解決率は10月に79.4%で、目標の78.0%を上回りました。折り返しの電話は1週間に27件で、目標の25件に届いていません。配送の問い合わせの言い回しが足りないため、11月中に回答例を5件足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費用（円）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受講料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交通費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宿泊費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その他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33,000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1,240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34,240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費用の合計は、足して書き入れます（Excel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チェックシートの8項目は、ほかのチームでも使えます。10月の運用会議で、ほかのリーダーにも紹介してください。（木村）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2026-11-03T14:24:51Z</dcterms:created>
  <dcterms:modified xsi:type="dcterms:W3CDTF">2026-11-03T14:24:51Z</dcterms:modified>
  <cp:category/>
</cp:coreProperties>
</file>