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経緯報告書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件名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件名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何の経緯の報告か（例：〇〇の納品の遅れの経緯）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宛先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報告の段階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報告の段階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第一報・続報・完了報告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これまでの報告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これまでの報告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第一報・続報を出した日時（はじめてなら「なし」）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次の報告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次の報告"/>
              <w:id w:val="4100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次に報告する日時。完了報告なら「なし」</w:t>
                </w:r>
              </w:p>
            </w:sdtContent>
          </w:sdt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発生した日時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発生した日時"/>
              <w:id w:val="41005"/>
              <w:showingPlcHdr/>
            </w:sdtPr>
            <w:sdtContent>
              <w:p>
                <w:pPr>
                  <w:spacing w:before="0" w:after="0" w:line="280" w:lineRule="exact"/>
                  <w:jc w:val="center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〇/〇 〇:〇〇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気づいた日時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気づいた日時"/>
              <w:id w:val="41006"/>
              <w:showingPlcHdr/>
            </w:sdtPr>
            <w:sdtContent>
              <w:p>
                <w:pPr>
                  <w:spacing w:before="0" w:after="0" w:line="280" w:lineRule="exact"/>
                  <w:jc w:val="center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〇/〇 〇:〇〇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収まった日時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収まった日時"/>
              <w:id w:val="41007"/>
              <w:showingPlcHdr/>
            </w:sdtPr>
            <w:sdtContent>
              <w:p>
                <w:pPr>
                  <w:spacing w:before="0" w:after="0" w:line="280" w:lineRule="exact"/>
                  <w:jc w:val="center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〇/〇 〇:〇〇</w:t>
                </w:r>
              </w:p>
            </w:sdtContent>
          </w:sdt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気づくまで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b/>
                <w:bCs/>
                <w:color w:val="222222"/>
                <w:sz w:val="20"/>
                <w:szCs w:val="20"/>
              </w:rPr>
              <w:alias w:val="気づくまで"/>
              <w:id w:val="41008"/>
              <w:showingPlcHdr/>
            </w:sdtPr>
            <w:sdtContent>
              <w:p>
                <w:pPr>
                  <w:spacing w:before="0" w:after="0" w:line="280" w:lineRule="exact"/>
                  <w:jc w:val="center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〇時間〇分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収まるまで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b/>
                <w:bCs/>
                <w:color w:val="222222"/>
                <w:sz w:val="20"/>
                <w:szCs w:val="20"/>
              </w:rPr>
              <w:alias w:val="収まるまで"/>
              <w:id w:val="41009"/>
              <w:showingPlcHdr/>
            </w:sdtPr>
            <w:sdtContent>
              <w:p>
                <w:pPr>
                  <w:spacing w:before="0" w:after="0" w:line="280" w:lineRule="exact"/>
                  <w:jc w:val="center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〇時間〇分</w:t>
                </w:r>
              </w:p>
            </w:sdtContent>
          </w:sdt>
        </w:tc>
        <w:tc>
          <w:tcPr>
            <w:tcW w:w="3324" w:type="dxa"/>
            <w:gridSpan w:val="4"/>
            <w:vAlign w:val="center"/>
          </w:tcPr>
          <w:p>
            <w:pPr>
              <w:spacing w:before="0" w:after="0" w:line="280" w:lineRule="exact"/>
              <w:jc w:val="left"/>
              <w:rPr>
                <w:color w:val="555555"/>
                <w:sz w:val="16"/>
                <w:szCs w:val="16"/>
              </w:rPr>
            </w:pPr>
            <w:r>
              <w:rPr>
                <w:color w:val="555555"/>
                <w:sz w:val="16"/>
                <w:szCs w:val="16"/>
              </w:rPr>
              <w:t xml:space="preserve">気づくまで・収まるまでは、日時から計算して書きます。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結論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1. 結論"/>
              <w:id w:val="41010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何が起きて、今どうなっているか、原因は何かを、1行に1つずつ3行で書きます。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影響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2. 影響"/>
              <w:id w:val="4101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件数・金額・時間・相手など、影響の大きさを数字で書きます。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経緯（時系列）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日時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事実（起きたこと・わかったこと）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対応（したこと）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確認したこと</w:t>
            </w: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原因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4. 原因"/>
              <w:id w:val="4101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直接の原因と、気づくのが遅れた原因を分けて書きます。人ではなく、手順や仕組みの穴として書きます。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再発防止策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対策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開始・期限</w:t>
            </w:r>
          </w:p>
        </w:tc>
      </w:tr>
      <w:tr>
        <w:trPr>
          <w:cantSplit/>
          <w:trHeight w:val="42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6. 相談</w:t>
            </w:r>
          </w:p>
        </w:tc>
      </w:tr>
      <w:tr>
        <w:trPr>
          <w:cantSplit/>
          <w:trHeight w:val="7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6. 相談"/>
              <w:id w:val="4101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上司に決めてほしいこと、手伝ってほしいことを書きます。ないときは「特にありません」と書きます。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作成</w:t>
            </w:r>
          </w:p>
        </w:tc>
      </w:tr>
      <w:tr>
        <w:trPr>
          <w:cantSplit/>
          <w:trHeight w:val="108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報告の段階は、第一報・続報・完了報告のどれかを書きます。表の行は、いちばん下の行の右端の欄で Tab キーを押すと足せます。</w:t>
      </w: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経緯報告書（社内向け）</dc:title>
  <dc:subject/>
  <dc:creator>おまかせレポート</dc:creator>
  <cp:keywords/>
  <dc:description/>
  <cp:lastModifiedBy>おまかせレポート</cp:lastModifiedBy>
  <cp:revision>1</cp:revision>
  <dcterms:created xsi:type="dcterms:W3CDTF">2026-11-03T14:24:26Z</dcterms:created>
  <dcterms:modified xsi:type="dcterms:W3CDTF">2026-11-03T14:24:26Z</dcterms:modified>
  <cp:category/>
</cp:coreProperties>
</file>