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経緯報告書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2611-02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サンプル住建様のサイトの問い合わせフォームの停止の経緯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制作部 森田部長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運用チーム 中村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報告の段階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完了報告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これまでの報告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第一報 9:30、続報 11:50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11月16日（対策の実施の結果）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10/31 18:05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気づいた日時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11/2 9:20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収まった日時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11/2 11:30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気づくまで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39時間15分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収まるまで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41時間25分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 xml:space="preserve">気づくまで・収まるまでは、日時から計算して書きます。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結論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・サンプル住建様のサイトのフォームが41時間25分止まり、問い合わせ17件が届いていませんでした。17件はすべて取り出し、お客様全員と連絡が取れました。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・原因は、設定を変えたあとに、フォームから試しに送信する手順がなかったことです。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影響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・届かなかった問い合わせ：17件（10/31 18:05〜11/2 11:30 の送信）。11月2日中に全員と連絡済み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・サンプル住建様への報告：第一報 10:00、続報 11:50、完了報告 18:40 の3回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事実（起きたこと・わかったこと）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対応（したこと）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確認したこと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10/31（土）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18:05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運用チームがメールの設定を切り替え、送信先の設定が消えた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変更のあと、試しの送信をしなかった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11/2（月）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9:20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中村が朝の確認で、送信できないことに気づいた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最後に届いたのは 10/31 17:52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9:50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フォームの上に電話番号の案内を出した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パソコンとスマホで表示を確かめた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松本様に、電話とメールで第一報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11:30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原因がわかった（送信先の設定が消えていた）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設定を元に戻した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試しに3回送信し、3回とも届いた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11:50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届かなかった送信は17件。記録からすべて取り出せた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続報と17件の一覧を送った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件数と中身を記録と照らし合わせた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14:10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松本様から、17件へは当社から連絡するよう指示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17件のお客様に、電話とメールで連絡した（14:30〜18:20）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17件すべてと連絡が取れた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・直接の原因：メールの送信の設定を切り替える作業で、設定のファイルを上書きし、フォームの送信先の項目が消えた。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・気づくのが遅れた原因：作業の手順書に、変更のあとにフォームから試しに送る手順がなかった。土曜日の作業で、月曜日の朝の確認まで、誰も送信を試さなかった。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開始・期限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作業の手順書に「変更のあと、フォームから試しに送り、届くのを確かめる」を足す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 中村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11月2日（済み）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毎朝9時に試しの送信を自動で行い、届かなければ担当者に知らせる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11月9日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当社が運用するほかの12サイトのフォームも、送信先の設定を確かめる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11月6日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サーバーの設定を変える作業は、平日の日中に行う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制作部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11月2日から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相談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・サンプル住建様には、11月10日の定例会で、森田部長から改めてご説明いただけないでしょうか。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報告の段階は、第一報・続報・完了報告のどれかを書きます。表の行は、いちばん下の行の右端の欄で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経緯報告書（社内向け）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2026-11-03T14:24:26Z</dcterms:created>
  <dcterms:modified xsi:type="dcterms:W3CDTF">2026-11-03T14:24:26Z</dcterms:modified>
  <cp:category/>
</cp:coreProperties>
</file>