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AW-2611-003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2026年11月2日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サンプル住建株式会社 広報部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松本 様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株式会社あさひウェブ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運用チーム 中村 直樹</w:t>
            </w: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問い合わせフォームの不具合の経緯のご報告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このたびは、御社ウェブサイトの問い合わせフォームが送信できない状態となり、ご迷惑をおかけしましたことをお詫び申し上げます。本件の経緯と原因、今後の対策を、下記のとおりご報告いたします。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御社ウェブサイトの問い合わせフォーム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報告の段階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完了報告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これまでの報告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第一報 11/2 10:00、続報 11/2 11:50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次の報告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なし（本件のご報告は、この完了報告で終わります）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10/31 18:05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気づいた日時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11/2 9:20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収まった日時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11/2 11:30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気づくまで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39時間15分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収まるまで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41時間25分</w:t>
            </w:r>
          </w:p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6"/>
                <w:szCs w:val="16"/>
              </w:rPr>
            </w:pPr>
            <w:r>
              <w:rPr>
                <w:color w:val="555555"/>
                <w:sz w:val="16"/>
                <w:szCs w:val="16"/>
              </w:rPr>
              <w:t xml:space="preserve">気づくまで・収まるまでは、日時から計算して書きます。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概要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31日（土）18時5分から11月2日（月）11時30分まで、御社サイトの問い合わせフォームから送信されたお問い合わせ17件が、御社に届いていませんでした。原因は、当社がサーバーの設定を変えたときに、フォームの送信先の設定が消えたことです。17件はすべてサーバーの記録から取り出して御社にお渡しし、17件のお客様には、ご指示どおり11月2日中に当社からご連絡して、全員と連絡が取れ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経緯（時系列）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事実（起きたこと・わかったこと）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対応（したこと）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確認したこと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10/31（土）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18:05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当社がサーバーのメールの設定を変えた。このとき送信先の設定が消えた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変更のあと、試しの送信をしなかった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11/2（月）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9:20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当社の担当者が、フォームから送信できないことに気づいた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最後に届いたのは 10/31 17:52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9:50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フォームの上に、電話番号の案内を出した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パソコンとスマホで表示を確かめた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松本様にお電話し、メールで第一報をお送りした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11:30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原因がわかった（10/31の変更で送信先の設定が消えていた）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送信先の設定を元に戻した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試しに3回送信し、3回とも届いた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11:50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止まっていた間の送信は17件。記録からすべて取り出せた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続報と17件の一覧をお送りした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件数と中身を記録と照らし合わせた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14:10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御社から、17件へは当社から連絡するようご指示をいただいた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17件のお客様に、お電話とメールでご連絡した（14:30〜18:20）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17件すべてと連絡が取れた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原因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31日（土）に、当社がサーバーのメールの送信の設定を新しいものに切り替えました。このとき設定のファイルを上書きし、フォームの送信先の設定が消えました。作業のあとに、フォームから試しに送信して届くかを確かめる手順がなかったため、11月2日（月）の朝まで気づきませんで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今後の対策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開始・期限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サーバーの設定を変えたあとは、フォームから試しに送信し、届くことを必ず確かめる（作業の手順書に入れました）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当社 運用チーム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11月2日から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毎朝9時に試しの送信を自動で行い、届かなければ担当者に知らせる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当社 運用チーム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11月9日から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サーバーの設定を変える作業は、平日の日中に行う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当社 運用チーム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11月2日から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ご確認のお願い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・お渡しした17件の一覧と、御社で把握されているお問い合わせに、食い違いがないかご確認をお願いします。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・今後の対策の実施の状況は、11月の定例のご報告でお知らせします。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報告の段階は、第一報・続報・完了報告のどれかを書きます。表の行は、いちばん下の行の右端の欄で Tab キーを押すと足せます。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経緯報告書（社外向け）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2026-11-03T14:24:26Z</dcterms:created>
  <dcterms:modified xsi:type="dcterms:W3CDTF">2026-11-03T14:24:26Z</dcterms:modified>
  <cp:category/>
</cp:coreProperties>
</file>