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640" w:hRule="atLeast"/>
        </w:trPr>
        <w:tc>
          <w:tcPr>
            <w:tcW w:w="6648" w:type="dxa"/>
            <w:gridSpan w:val="8"/>
            <w:tcBorders>
              <w:bottom w:val="single" w:sz="12" w:space="0" w:color="1F3A5F"/>
            </w:tcBorders>
            <w:tcMar>
              <w:left w:w="0" w:type="dxa"/>
              <w:right w:w="80" w:type="dxa"/>
            </w:tcMar>
            <w:vAlign w:val="bottom"/>
          </w:tcPr>
          <w:p>
            <w:pPr>
              <w:spacing w:before="0" w:after="0" w:line="500" w:lineRule="exact"/>
              <w:jc w:val="left"/>
              <w:rPr>
                <w:b/>
                <w:bCs/>
                <w:color w:val="1F3A5F"/>
                <w:sz w:val="32"/>
                <w:szCs w:val="32"/>
              </w:rPr>
            </w:pPr>
            <w:r>
              <w:rPr>
                <w:b/>
                <w:bCs/>
                <w:color w:val="1F3A5F"/>
                <w:sz w:val="32"/>
                <w:szCs w:val="32"/>
              </w:rPr>
              <w:t xml:space="preserve">顛末書</w:t>
            </w:r>
          </w:p>
        </w:tc>
        <w:tc>
          <w:tcPr>
            <w:tcW w:w="3324" w:type="dxa"/>
            <w:gridSpan w:val="4"/>
            <w:tcBorders>
              <w:bottom w:val="single" w:sz="12" w:space="0" w:color="1F3A5F"/>
            </w:tcBorders>
            <w:tcMar>
              <w:left w:w="80" w:type="dxa"/>
              <w:right w:w="0" w:type="dxa"/>
            </w:tcMar>
            <w:vAlign w:val="bottom"/>
          </w:tcPr>
          <w:p>
            <w:pPr>
              <w:spacing w:before="0" w:after="0" w:line="26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No.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宛先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宛先"/>
              <w:id w:val="41001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〇〇部 〇〇部長（会社の決まりで、社長あてのこともあります）</w:t>
                </w:r>
              </w:p>
            </w:sdtContent>
          </w:sdt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提出日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提出日"/>
              <w:id w:val="41002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〇〇〇〇年〇月〇日</w:t>
                </w:r>
              </w:p>
            </w:sdtContent>
          </w:sdt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所属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氏名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件名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件名"/>
              <w:id w:val="41003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何についての顛末書か（例：〇月〇日の〇〇の誤り）</w:t>
                </w:r>
              </w:p>
            </w:sdtContent>
          </w:sdt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9972" w:type="dxa"/>
            <w:gridSpan w:val="12"/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〇〇の件について、その顛末を下記のとおりご報告いたします。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記</w:t>
            </w: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発生日時</w:t>
            </w:r>
          </w:p>
        </w:tc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発生日時"/>
              <w:id w:val="41004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〇〇〇〇年〇月〇日（〇）〇:〇〇ごろ</w:t>
                </w:r>
              </w:p>
            </w:sdtContent>
          </w:sdt>
        </w:tc>
      </w:tr>
      <w:tr>
        <w:trPr>
          <w:cantSplit/>
          <w:trHeight w:val="42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発生場所</w:t>
            </w:r>
          </w:p>
        </w:tc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発生場所"/>
              <w:id w:val="41005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建物・部屋・取引先の名前まで</w:t>
                </w:r>
              </w:p>
            </w:sdtContent>
          </w:sdt>
        </w:tc>
      </w:tr>
      <w:tr>
        <w:trPr>
          <w:cantSplit/>
          <w:trHeight w:val="42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関係者</w:t>
            </w:r>
          </w:p>
        </w:tc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関係者"/>
              <w:id w:val="41006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所属と人数。社外の人は会社名と部署</w:t>
                </w:r>
              </w:p>
            </w:sdtContent>
          </w:sdt>
        </w:tc>
      </w:tr>
      <w:tr>
        <w:trPr>
          <w:cantSplit/>
          <w:trHeight w:val="42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気づいたきっかけ</w:t>
            </w:r>
          </w:p>
        </w:tc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気づいたきっかけ"/>
              <w:id w:val="41007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いつ、誰が、何で気づいたか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1. 概要</w:t>
            </w:r>
          </w:p>
        </w:tc>
      </w:tr>
      <w:tr>
        <w:trPr>
          <w:cantSplit/>
          <w:trHeight w:val="108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1. 概要"/>
              <w:id w:val="41008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何が起きて、どれだけの影響があり、今どうなっているかを、2〜3文で先に書きます。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2. 経緯（時系列）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日時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できごと（起きたこと・わかったこと）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対応（したこと）</w:t>
            </w:r>
          </w:p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p>
      <w:pPr>
        <w:spacing w:before="0" w:after="0" w:line="20" w:lineRule="exact"/>
        <w:rPr>
          <w:sz w:val="2"/>
        </w:rPr>
      </w:pPr>
      <w:r>
        <w:rPr>
          <w:sz w:val="2"/>
        </w:rPr>
        <w:br w:type="page"/>
      </w: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3. 原因</w:t>
            </w:r>
          </w:p>
        </w:tc>
      </w:tr>
      <w:tr>
        <w:trPr>
          <w:cantSplit/>
          <w:trHeight w:val="108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3. 原因"/>
              <w:id w:val="41009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直接の原因と、その背景（手順や仕組みの穴）を分けて書きます。人の名前ではなく、何が足りなかったかで書きます。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4. 損害・影響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損害・費用の項目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金額（円）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メモ（数量・単価・出どころ）</w:t>
            </w:r>
          </w:p>
        </w:tc>
      </w:tr>
      <w:tr>
        <w:trPr>
          <w:cantSplit/>
          <w:trHeight w:val="420" w:hRule="atLeast"/>
        </w:trPr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合計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仕事への影響</w:t>
            </w:r>
          </w:p>
        </w:tc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仕事への影響"/>
              <w:id w:val="41010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止まった仕事、遅れた予定。ないときは「なし」</w:t>
                </w:r>
              </w:p>
            </w:sdtContent>
          </w:sdt>
        </w:tc>
      </w:tr>
      <w:tr>
        <w:trPr>
          <w:cantSplit/>
          <w:trHeight w:val="42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お客様・取引先への影響</w:t>
            </w:r>
          </w:p>
        </w:tc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お客様・取引先への影響"/>
              <w:id w:val="41011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誰に、どんな迷惑をかけたか。ないときは「なし」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5. 再発防止策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対策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担当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開始・期限</w:t>
            </w:r>
          </w:p>
        </w:tc>
      </w:tr>
      <w:tr>
        <w:trPr>
          <w:cantSplit/>
          <w:trHeight w:val="420" w:hRule="atLeast"/>
        </w:trPr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6. 所感（反省と今後）</w:t>
            </w:r>
          </w:p>
        </w:tc>
      </w:tr>
      <w:tr>
        <w:trPr>
          <w:cantSplit/>
          <w:trHeight w:val="108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6. 所感（反省と今後）"/>
              <w:id w:val="41012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自分の行動で足りなかったことと、今後どうするかを2〜3文で書きます。言い訳は書きません。</w:t>
                </w:r>
              </w:p>
            </w:sdtContent>
          </w:sdt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vAlign w:val="bottom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以上</w:t>
            </w:r>
          </w:p>
        </w:tc>
      </w:tr>
      <w:tr>
        <w:trPr>
          <w:cantSplit/>
          <w:trHeight w:val="360" w:hRule="atLeast"/>
        </w:trPr>
        <w:tc>
          <w:tcPr>
            <w:tcW w:w="4986" w:type="dxa"/>
            <w:gridSpan w:val="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承認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確認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受付</w:t>
            </w:r>
          </w:p>
        </w:tc>
      </w:tr>
      <w:tr>
        <w:trPr>
          <w:cantSplit/>
          <w:trHeight w:val="1080" w:hRule="atLeast"/>
        </w:trPr>
        <w:tc>
          <w:tcPr>
            <w:tcW w:w="4986" w:type="dxa"/>
            <w:gridSpan w:val="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損害・費用の合計は、金額を足して書き入れます（Excel 版は数式で出ます）。表の行は、いちばん下の行の右端の欄で Tab キーを押すと足せます。</w:t>
      </w:r>
    </w:p>
    <w:sectPr w:rsidR="00FC693F" w:rsidRPr="0006063C" w:rsidSect="00034616">
      <w:pgSz w:w="11906" w:h="16838"/>
      <w:pgMar w:top="720" w:right="967" w:bottom="720" w:left="967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游ゴシック" w:eastAsia="游ゴシック" w:hAnsi="游ゴシック" w:cs="游ゴシック"/>
        <w:color w:val="222222"/>
        <w:sz w:val="20"/>
        <w:szCs w:val="20"/>
        <w:lang w:val="en-US" w:eastAsia="ja-JP" w:bidi="ar-SA"/>
      </w:rPr>
    </w:rPrDefault>
    <w:pPrDefault>
      <w:pPr>
        <w:autoSpaceDE w:val="0"/>
        <w:autoSpaceDN w:val="0"/>
        <w:spacing w:after="0" w:line="280" w:lineRule="exact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portHeading">
    <w:name w:val="報告書の見出し"/>
    <w:basedOn w:val="Normal"/>
    <w:next w:val="Normal"/>
    <w:qFormat/>
    <w:pPr>
      <w:keepNext/>
      <w:outlineLvl w:val="0"/>
    </w:pPr>
    <w:rPr>
      <w:b/>
      <w:bCs/>
      <w:color w:val="1F3A5F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顛末書（社内向け）</dc:title>
  <dc:subject/>
  <dc:creator>おまかせレポート</dc:creator>
  <cp:keywords/>
  <dc:description/>
  <cp:lastModifiedBy>おまかせレポート</cp:lastModifiedBy>
  <cp:revision>1</cp:revision>
  <dcterms:created xsi:type="dcterms:W3CDTF">2026-11-03T15:03:47Z</dcterms:created>
  <dcterms:modified xsi:type="dcterms:W3CDTF">2026-11-03T15:03:47Z</dcterms:modified>
  <cp:category/>
</cp:coreProperties>
</file>