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顛末書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2610-04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業務部 杉山部長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2026年10月23日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業務部 営業事務課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岡本 由佳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サンプル精機様へのコピー用紙の納品の数量の誤り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10月21日に、サンプル精機株式会社様へ、ご注文の10倍の数量のコピー用紙を納品した件について、その顛末を下記のとおりご報告いたします。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2026年10月19日（月）16:30ごろ（受注の入力）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発生場所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本社 営業事務課（受注の入力）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関係者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営業事務課 1名（報告者）、倉庫課、サンプル精機株式会社 総務部 石田様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気づいたきっかけ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10月21日（水）11:30、石田様からのお電話で気づいた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サンプル精機様のコピー用紙のご注文5箱を、50箱と入力して10月21日に納品しました。翌日に45箱を引き取りましたが、配送と、箱の傷んだ2箱の分で20,900円の費用が出ました。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できごと（起きたこと・わかったこと）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対応（したこと）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10/19（月）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16:30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注文書（FAX）の5箱を、受注の画面で50箱と入力し、見比べずに確定した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10/20（火）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15:00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倉庫課が、受注の記録をもとに50箱の出荷を準備した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10/21（水）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サンプル精機様の本社倉庫に50箱を納品した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11:30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石田様から、50箱届いたとお電話があった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すぐ調べて折り返すとお伝えした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11:40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注文書と見比べ、入力の誤りとわかった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営業事務課長と杉山部長に報告した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石田様にお詫びし、翌日の引き取りを約束した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10/22（木）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引き取った45箱のうち、2箱は箱が傷んでいた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運送会社と45箱を引き取り、石田様と数を確かめた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石田様から、経緯と対策の書面のご依頼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10月26日に書面を出すとお伝えした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・直接の原因：受注の画面で、数量の「5」を「50」と入力し、注文書と見比べずに確定した。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その背景：受注は1人で入力して確定でき、別の人が注文書と照らし合わせる手順がなかった。サンプル精機様のご注文はいつも5箱前後だが、受注の仕組みは、いつもの数量を大きく超えても注意を出さない。倉庫課も、出荷の準備のときに受注の記録だけを見てい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損害・影響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損害・費用の項目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メモ（数量・単価・出どころ）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引き取りの臨時の配送（運送会社・車両1台）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16,500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運送会社の請求書（10月22日分）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引き取った45箱のうち、箱が傷んで売れなくなった2箱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4,400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仕入れ値 2,200円 × 2箱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20,900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仕事への影響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なし（引き取りは運送会社に頼んだ。ほかのお客様への配送の遅れはない）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お客様・取引先への影響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サンプル精機様の倉庫に、45箱を約1日置いていただいた。石田様に、数の確認と引き取りの立ち会いをしていただいた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開始・期限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受注を確定する前に、注文書と画面の数量・品番を、課の別の人と読み合わせる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営業事務課 全員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10月26日から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お客様ごとのいつもの数量の3倍を超える受注は、確定の前に注意の画面を出す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情報システム課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11月13日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出荷の準備のときに、注文書の写しと出す数を見比べる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倉庫課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10月26日から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所感（反省と今後）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注文書と見比べずに確定したことで、サンプル精機様と倉庫課にご迷惑をおかけし、20,900円の費用を出してしまいました。申し訳ありません。上の対策を自分から守るとともに、課の手順として続いているかを、11月の課の会議で振り返り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受付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損害・費用の合計は、金額を足して書き入れます（Excel 版は数式で出ます）。表の行は、いちばん下の行の右端の欄で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顛末書（社内向け）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2026-11-03T15:03:47Z</dcterms:created>
  <dcterms:modified xsi:type="dcterms:W3CDTF">2026-11-03T15:03:47Z</dcterms:modified>
  <cp:category/>
</cp:coreProperties>
</file>