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〇〇〇〇年〇月〇日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〇〇株式会社 〇〇部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〇〇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〇〇株式会社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〇〇部 〇〇 〇〇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顛末書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（〇〇について）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このたびは、〇〇につきまして、多大なご迷惑をおかけしましたことを、深くお詫び申し上げます。本件の顛末を、下記のとおりご報告いたします。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いつの、何のご注文・作業・納品についての報告か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日時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概要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何が起きて、今どうなっているかを、2〜3文で先に書きます。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当社の対応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原因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相手に関係する範囲で、何が起きたかがわかるように書きます。主語は「当社」「当社の担当者」にします。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貴社へのご迷惑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貴社へのご迷惑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相手にかけた迷惑（時間・手間・費用）を、具体的に書きます。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</w:t>
            </w:r>
          </w:p>
        </w:tc>
      </w:tr>
      <w:tr>
        <w:trPr>
          <w:cantSplit/>
          <w:trHeight w:val="42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お問い合わせ先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お問い合わせ先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担当者の部署・名前・電話番号を書きます。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表の行が足りないときは、Excel は表の途中の行を選んで「挿入」、Word はいちばん下の行の右端の欄で Tab キーを押して足します。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顛末書（社外向け）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2026-11-03T15:03:47Z</dcterms:created>
  <dcterms:modified xsi:type="dcterms:W3CDTF">2026-11-03T15:03:47Z</dcterms:modified>
  <cp:category/>
</cp:coreProperties>
</file>