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SK-2610-12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2026年10月26日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サンプル精機株式会社 総務部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石田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株式会社しらかば商事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業務部長 杉山 誠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顛末書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（コピー用紙の納品の数量の誤りについて）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10月19日にいただいたご注文につきまして、ご注文と異なる数量の商品を納品し、多大なご迷惑をおかけしましたことを、深くお詫び申し上げます。本件の顛末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2026年10月19日にいただいたご注文（コピー用紙 A4・5箱）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2026年10月21日（水）10:00（納品）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5箱のご注文に対し、当社が50箱を納品しました。10月22日に45箱を引き取り、貴社にはご注文どおりの5箱が残っています。ご請求は、ご注文どおり5箱の金額で、10月末にお送りします。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当社の対応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10/19（月）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ご注文書（FAX）をいただき、当社の担当者が数量の「5箱」を「50箱」と入力した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10/21（水）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貴社の本社倉庫に50箱を納品した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11:30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石田様から、5箱のご注文に50箱が届いたとのお電話をいただいた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すぐに調べて折り返すとお伝えした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11:40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ご注文書と当社の受注の記録を見比べ、当社の入力の誤りとわかった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石田様にお電話でお詫びし、翌日の午前に45箱を引き取るお約束をした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10/22（木）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45箱を引き取り、石田様と一緒に数を確かめた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14:00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引き取りが終わったことを、メールでご報告した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の担当者が、ご注文書の数量を受注の仕組みに入力するときに、「5箱」を「50箱」と誤って入力しました。入力のあとに、別の者がご注文書と照らし合わせる手順がなかったため、誤りに気づかないまま出荷し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貴社へのご迷惑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10月21日から22日まで、貴社の倉庫に45箱を置いていただきました。また、石田様には、数のご確認と、引き取りの立ち会いのお手間をおかけしました。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ご注文の数量は、入力した者とは別の者が、ご注文書と照らし合わせてから確定します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10月26日から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いつものご注文の数量を大きく超えるときは、確定の前に、受注の仕組みで注意が出るようにします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11月13日から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出荷の準備のときに、ご注文書の写しと出荷する数を見比べます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10月26日から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お問い合わせ先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本件についてのお問い合わせは、業務部 杉山（電話 03-0000-0000）までご連絡ください。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表の行が足りないときは、Excel は表の途中の行を選んで「挿入」、Word はいちばん下の行の右端の欄で Tab キーを押して足します。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顛末書（社外向け）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2026-11-03T15:03:48Z</dcterms:created>
  <dcterms:modified xsi:type="dcterms:W3CDTF">2026-11-03T15:03:48Z</dcterms:modified>
  <cp:category/>
</cp:coreProperties>
</file>