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70" w:lineRule="exact"/>
        <w:jc w:val="right"/>
        <w:rPr>
          <w:color w:val="222222"/>
          <w:sz w:val="18"/>
          <w:szCs w:val="18"/>
        </w:rPr>
      </w:pPr>
      <w:r>
        <w:rPr>
          <w:color w:val="222222"/>
          <w:sz w:val="18"/>
          <w:szCs w:val="18"/>
        </w:rPr>
        <w:t xml:space="preserve">No.</w:t>
      </w:r>
    </w:p>
    <w:p>
      <w:pPr>
        <w:spacing w:before="0" w:after="0" w:line="280" w:lineRule="exact"/>
        <w:jc w:val="right"/>
        <w:rPr>
          <w:color w:val="222222"/>
          <w:sz w:val="20"/>
          <w:szCs w:val="20"/>
        </w:rPr>
      </w:pPr>
      <w:sdt>
        <w:sdtPr>
          <w:rPr>
            <w:color w:val="222222"/>
            <w:sz w:val="20"/>
            <w:szCs w:val="20"/>
          </w:rPr>
          <w:id w:val="41001"/>
          <w:showingPlcHdr/>
        </w:sdtPr>
        <w:sdtContent>
          <w:r>
            <w:rPr>
              <w:color w:val="8A94A0"/>
              <w:sz w:val="20"/>
              <w:szCs w:val="20"/>
            </w:rPr>
            <w:t xml:space="preserve">〇〇〇〇年〇月〇日</w:t>
          </w:r>
        </w:sdtContent>
      </w:sdt>
    </w:p>
    <w:p>
      <w:pPr>
        <w:spacing w:before="0" w:after="0" w:line="8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920" w:hRule="atLeast"/>
        </w:trPr>
        <w:tc>
          <w:tcPr>
            <w:tcW w:w="5817" w:type="dxa"/>
            <w:gridSpan w:val="7"/>
            <w:tcMar>
              <w:left w:w="0" w:type="dxa"/>
              <w:right w:w="80" w:type="dxa"/>
            </w:tcMar>
            <w:vAlign w:val="top"/>
          </w:tcPr>
          <w:sdt>
            <w:sdtPr>
              <w:rPr>
                <w:b/>
                <w:bCs/>
                <w:color w:val="222222"/>
                <w:sz w:val="23"/>
                <w:szCs w:val="23"/>
              </w:rPr>
              <w:alias w:val="宛名"/>
              <w:id w:val="41002"/>
              <w:showingPlcHdr/>
            </w:sdtPr>
            <w:sdtContent>
              <w:p>
                <w:pPr>
                  <w:spacing w:before="0" w:after="0" w:line="360" w:lineRule="exact"/>
                  <w:jc w:val="left"/>
                  <w:rPr>
                    <w:color w:val="222222"/>
                    <w:sz w:val="23"/>
                    <w:szCs w:val="23"/>
                  </w:rPr>
                </w:pPr>
                <w:r>
                  <w:rPr>
                    <w:color w:val="8A94A0"/>
                    <w:sz w:val="23"/>
                    <w:szCs w:val="23"/>
                  </w:rPr>
                  <w:t xml:space="preserve">〇〇株式会社　〇〇部</w:t>
                </w:r>
              </w:p>
              <w:p>
                <w:pPr>
                  <w:spacing w:before="0" w:after="0" w:line="360" w:lineRule="exact"/>
                  <w:jc w:val="left"/>
                  <w:rPr>
                    <w:color w:val="222222"/>
                    <w:sz w:val="23"/>
                    <w:szCs w:val="23"/>
                  </w:rPr>
                </w:pPr>
                <w:r>
                  <w:rPr>
                    <w:color w:val="8A94A0"/>
                    <w:sz w:val="23"/>
                    <w:szCs w:val="23"/>
                  </w:rPr>
                  <w:t xml:space="preserve">〇〇 〇〇 様</w:t>
                </w:r>
              </w:p>
            </w:sdtContent>
          </w:sdt>
        </w:tc>
        <w:tc>
          <w:tcPr>
            <w:tcW w:w="4155" w:type="dxa"/>
            <w:gridSpan w:val="5"/>
            <w:tcMar>
              <w:left w:w="80" w:type="dxa"/>
              <w:right w:w="0" w:type="dxa"/>
            </w:tcMar>
            <w:vAlign w:val="bottom"/>
          </w:tcPr>
          <w:sdt>
            <w:sdtPr>
              <w:rPr>
                <w:color w:val="222222"/>
                <w:sz w:val="20"/>
                <w:szCs w:val="20"/>
              </w:rPr>
              <w:alias w:val="差出人"/>
              <w:id w:val="41003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〇〇株式会社</w:t>
                </w:r>
              </w:p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〇〇部　〇〇 〇〇</w:t>
                </w:r>
              </w:p>
            </w:sdtContent>
          </w:sdt>
        </w:tc>
      </w:tr>
    </w:tbl>
    <w:p>
      <w:pPr>
        <w:spacing w:before="0" w:after="0" w:line="120" w:lineRule="exact"/>
        <w:rPr>
          <w:sz w:val="2"/>
          <w:szCs w:val="2"/>
        </w:rPr>
      </w:pPr>
    </w:p>
    <w:p>
      <w:pPr>
        <w:keepNext/>
        <w:spacing w:before="0" w:after="0" w:line="400" w:lineRule="exact"/>
        <w:jc w:val="center"/>
        <w:rPr>
          <w:b/>
          <w:bCs/>
          <w:color w:val="222222"/>
          <w:sz w:val="28"/>
          <w:szCs w:val="28"/>
        </w:rPr>
      </w:pPr>
      <w:sdt>
        <w:sdtPr>
          <w:rPr>
            <w:color w:val="222222"/>
            <w:sz w:val="28"/>
            <w:szCs w:val="28"/>
          </w:rPr>
          <w:alias w:val="件名"/>
          <w:id w:val="41004"/>
          <w:showingPlcHdr/>
        </w:sdtPr>
        <w:sdtContent>
          <w:r>
            <w:rPr>
              <w:color w:val="8A94A0"/>
              <w:sz w:val="28"/>
              <w:szCs w:val="28"/>
            </w:rPr>
            <w:t xml:space="preserve">〇〇のご提案</w:t>
          </w:r>
        </w:sdtContent>
      </w:sdt>
    </w:p>
    <w:p>
      <w:pPr>
        <w:spacing w:before="0" w:after="0" w:line="120" w:lineRule="exact"/>
        <w:rPr>
          <w:sz w:val="2"/>
          <w:szCs w:val="2"/>
        </w:rPr>
      </w:pPr>
    </w:p>
    <w:p>
      <w:pPr>
        <w:spacing w:before="0" w:after="0" w:line="280" w:lineRule="exact"/>
        <w:jc w:val="left"/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 xml:space="preserve">拝啓　時下ますますご清栄のこととお慶び申し上げます。平素は格別のご高配を賜り、厚く御礼申し上げます。</w:t>
      </w:r>
    </w:p>
    <w:p>
      <w:pPr>
        <w:spacing w:before="0" w:after="0" w:line="280" w:lineRule="exact"/>
        <w:jc w:val="left"/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 xml:space="preserve">　さて、</w:t>
      </w:r>
      <w:sdt>
        <w:sdtPr>
          <w:rPr>
            <w:color w:val="222222"/>
            <w:sz w:val="20"/>
            <w:szCs w:val="20"/>
          </w:rPr>
          <w:alias w:val="あいさつ文"/>
          <w:id w:val="41005"/>
          <w:showingPlcHdr/>
        </w:sdtPr>
        <w:sdtContent>
          <w:r>
            <w:rPr>
              <w:color w:val="8A94A0"/>
              <w:sz w:val="20"/>
              <w:szCs w:val="20"/>
            </w:rPr>
            <w:t xml:space="preserve">〇月〇日に伺った〇〇について、下記のとおりご提案いたします。ご検討のほど、よろしくお願い申し上げます。</w:t>
          </w:r>
        </w:sdtContent>
      </w:sdt>
    </w:p>
    <w:p>
      <w:pPr>
        <w:spacing w:before="0" w:after="0" w:line="280" w:lineRule="exact"/>
        <w:jc w:val="right"/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 xml:space="preserve">敬具</w:t>
      </w:r>
    </w:p>
    <w:p>
      <w:pPr>
        <w:spacing w:before="40" w:after="80" w:line="280" w:lineRule="exact"/>
        <w:jc w:val="center"/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 xml:space="preserve">記</w:t>
      </w: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1"/>
                <w:szCs w:val="21"/>
              </w:rPr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1. ご提案の要点</w:t>
            </w:r>
          </w:p>
        </w:tc>
      </w:tr>
      <w:tr>
        <w:trPr>
          <w:trHeight w:val="94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ご提案の要点"/>
              <w:id w:val="41006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何を・いくらで・いつから・相手に何をしてほしいかを、3〜4行で書きます。</w:t>
                </w:r>
              </w:p>
            </w:sdtContent>
          </w:sdt>
        </w:tc>
      </w:tr>
    </w:tbl>
    <w:p>
      <w:pPr>
        <w:spacing w:before="0" w:after="0" w:line="10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1"/>
                <w:szCs w:val="21"/>
              </w:rPr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2. 貴社の課題（〇月〇日に伺ったこと）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伺ったこと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数字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困っていること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</w:tbl>
    <w:p>
      <w:pPr>
        <w:spacing w:before="0" w:after="0" w:line="10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1"/>
                <w:szCs w:val="21"/>
              </w:rPr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3. ご提案の内容</w:t>
            </w:r>
          </w:p>
        </w:tc>
      </w:tr>
      <w:tr>
        <w:trPr>
          <w:trHeight w:val="94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ご提案の内容"/>
              <w:id w:val="41007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課題に対して何をするかを「・」で1行ずつ書きます。相手の現場で変わること・変わらないことも書きます。</w:t>
                </w:r>
              </w:p>
            </w:sdtContent>
          </w:sdt>
        </w:tc>
      </w:tr>
    </w:tbl>
    <w:p>
      <w:pPr>
        <w:spacing w:before="0" w:after="0" w:line="10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1"/>
                <w:szCs w:val="21"/>
              </w:rPr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4. 導入後の見込み（電話の受付）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Webの予約の割合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電話の予約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電話の受付の時間</w:t>
            </w:r>
          </w:p>
        </w:tc>
      </w:tr>
      <w:tr>
        <w:trPr>
          <w:cantSplit/>
          <w:trHeight w:val="36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前提（何を元に、どう計算したか）と、見込みはお約束ではないことを書きます。</w:t>
      </w:r>
    </w:p>
    <w:p>
      <w:pPr>
        <w:spacing w:before="0" w:after="0" w:line="20" w:lineRule="exact"/>
        <w:rPr>
          <w:sz w:val="2"/>
        </w:rPr>
      </w:pPr>
      <w:r>
        <w:rPr>
          <w:sz w:val="2"/>
        </w:rPr>
        <w:br w:type="page"/>
      </w: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1"/>
                <w:szCs w:val="21"/>
              </w:rPr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5. 進め方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時期</w:t>
            </w: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やること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担当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</w:p>
        </w:tc>
      </w:tr>
    </w:tbl>
    <w:p>
      <w:pPr>
        <w:spacing w:before="0" w:after="0" w:line="10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1"/>
                <w:szCs w:val="21"/>
              </w:rPr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6. 費用（お見積り・税別）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項目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金額（円）</w:t>
            </w: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内容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9"/>
                <w:szCs w:val="19"/>
              </w:rPr>
            </w:pP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9"/>
                <w:szCs w:val="19"/>
              </w:rPr>
            </w:pP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9"/>
                <w:szCs w:val="19"/>
              </w:rPr>
            </w:pP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9"/>
                <w:szCs w:val="19"/>
              </w:rPr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合計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9"/>
                <w:szCs w:val="19"/>
              </w:rPr>
            </w:pP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含まれないものと、続けて費用がかかるかを書きます。</w:t>
      </w:r>
    </w:p>
    <w:p>
      <w:pPr>
        <w:spacing w:before="0" w:after="0" w:line="10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1"/>
                <w:szCs w:val="21"/>
              </w:rPr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7. 試しのページ</w:t>
            </w:r>
          </w:p>
        </w:tc>
      </w:tr>
      <w:tr>
        <w:trPr>
          <w:trHeight w:val="94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試しのページ"/>
              <w:id w:val="41008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実績の代わりに確かめてもらえるもの（試しのページ・サンプル・試用）と、期間・費用を書きます。</w:t>
                </w:r>
              </w:p>
            </w:sdtContent>
          </w:sdt>
        </w:tc>
      </w:tr>
    </w:tbl>
    <w:p>
      <w:pPr>
        <w:spacing w:before="0" w:after="0" w:line="10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1"/>
                <w:szCs w:val="21"/>
              </w:rPr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8. 次の一歩（お願い）</w:t>
            </w:r>
          </w:p>
        </w:tc>
      </w:tr>
      <w:tr>
        <w:trPr>
          <w:trHeight w:val="12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次の一歩"/>
              <w:id w:val="41009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相手にしてほしいことを、番号と期限をつけて書きます。最後に連絡先を書きます。</w:t>
                </w:r>
              </w:p>
            </w:sdtContent>
          </w:sdt>
        </w:tc>
      </w:tr>
    </w:tbl>
    <w:p>
      <w:pPr>
        <w:spacing w:before="120" w:after="0" w:line="280" w:lineRule="exact"/>
        <w:jc w:val="right"/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 xml:space="preserve">以上</w:t>
      </w:r>
    </w:p>
    <w:sectPr w:rsidR="00FC693F" w:rsidRPr="0006063C" w:rsidSect="00034616">
      <w:pgSz w:w="11906" w:h="16838"/>
      <w:pgMar w:top="720" w:right="967" w:bottom="720" w:left="967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游ゴシック" w:eastAsia="游ゴシック" w:hAnsi="游ゴシック" w:cs="游ゴシック"/>
        <w:color w:val="222222"/>
        <w:sz w:val="20"/>
        <w:szCs w:val="20"/>
        <w:lang w:val="en-US" w:eastAsia="ja-JP" w:bidi="ar-SA"/>
      </w:rPr>
    </w:rPrDefault>
    <w:pPrDefault>
      <w:pPr>
        <w:autoSpaceDE w:val="0"/>
        <w:autoSpaceDN w:val="0"/>
        <w:spacing w:after="0" w:line="280" w:lineRule="exact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portHeading">
    <w:name w:val="報告書の見出し"/>
    <w:basedOn w:val="Normal"/>
    <w:next w:val="Normal"/>
    <w:qFormat/>
    <w:pPr>
      <w:keepNext/>
      <w:outlineLvl w:val="0"/>
    </w:pPr>
    <w:rPr>
      <w:b/>
      <w:bCs/>
      <w:color w:val="1F3A5F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提案書</dc:title>
  <dc:subject/>
  <dc:creator>おまかせレポート</dc:creator>
  <cp:keywords/>
  <dc:description/>
  <cp:lastModifiedBy>おまかせレポート</cp:lastModifiedBy>
  <cp:revision>1</cp:revision>
  <dcterms:created xsi:type="dcterms:W3CDTF">2026-11-03T17:34:46Z</dcterms:created>
  <dcterms:modified xsi:type="dcterms:W3CDTF">2026-11-03T17:34:46Z</dcterms:modified>
  <cp:category/>
</cp:coreProperties>
</file>