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〇〇〇〇年〇月〇日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〇〇株式会社 〇〇部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〇〇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〇〇株式会社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〇〇部 〇〇 〇〇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電話 00-0000-0000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メールアドレス</w:t>
            </w:r>
          </w:p>
        </w:tc>
      </w:tr>
    </w:tbl>
    <w:p>
      <w:pPr>
        <w:spacing w:before="0" w:after="0" w:line="24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書類送付のご案内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拝啓　時下ますますご清栄のこととお慶び申し上げます。平素は格別のお引き立てを賜り、厚く御礼申し上げます。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　さて、下記の書類をお送りいたします。ご査収のほど、よろしくお願い申し上げます。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敬具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書類名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部数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備考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連絡事項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連絡事項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返送のお願いと期限、同封したものの説明など。ないときは、この欄を消します。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送付状</dc:title>
  <dc:subject/>
  <dc:creator>おまかせレポート</dc:creator>
  <cp:keywords/>
  <dc:description/>
  <cp:lastModifiedBy>おまかせレポート</cp:lastModifiedBy>
  <cp:revision>1</cp:revision>
  <dcterms:created xsi:type="dcterms:W3CDTF">2026-11-03T17:02:35Z</dcterms:created>
  <dcterms:modified xsi:type="dcterms:W3CDTF">2026-11-03T17:02:35Z</dcterms:modified>
  <cp:category/>
</cp:coreProperties>
</file>