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FAX送付状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送信日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送信日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用件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用件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至急・ご確認ください など</w:t>
                </w:r>
              </w:p>
            </w:sdtContent>
          </w:sdt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宛先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発信元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会社・部署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社・部署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〇〇部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会社・部署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社・部署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〇〇部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ご担当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ご担当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 様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担当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担当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自分の氏名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FAX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FAX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00-0000-0000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FAX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FAX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00-0000-0000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電話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電話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00-0000-0000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電話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電話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00-0000-0000</w:t>
                </w:r>
              </w:p>
            </w:sdtContent>
          </w:sdt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何を送るか（例：〇〇の御見積書の送付）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送信枚数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送信枚数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〇枚（この送付状を含む）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通信欄</w:t>
            </w:r>
          </w:p>
        </w:tc>
      </w:tr>
      <w:tr>
        <w:trPr>
          <w:cantSplit/>
          <w:trHeight w:val="21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通信欄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あいさつ、送る書類と用件、返事がほしいときはその期限、問い合わせ先を書きます。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送付書類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書類名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枚数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備考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送付書類の枚数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2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ページが足りないとき、読み取れないときは、お手数ですが上記の電話番号までご連絡ください。</w:t>
            </w:r>
          </w:p>
        </w:tc>
      </w:tr>
      <w:tr>
        <w:trPr>
          <w:cantSplit/>
          <w:trHeight w:val="32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このFAXが誤って届いた場合は、お手数ですが発信元にご連絡のうえ、破棄してください。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送信枚数は、送付書類の枚数の合計に、この送付状の1枚を足した数を書きます。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FAX送付状</dc:title>
  <dc:subject/>
  <dc:creator>おまかせレポート</dc:creator>
  <cp:keywords/>
  <dc:description/>
  <cp:lastModifiedBy>おまかせレポート</cp:lastModifiedBy>
  <cp:revision>1</cp:revision>
  <dcterms:created xsi:type="dcterms:W3CDTF">2026-11-03T17:02:35Z</dcterms:created>
  <dcterms:modified xsi:type="dcterms:W3CDTF">2026-11-03T17:02:35Z</dcterms:modified>
  <cp:category/>
</cp:coreProperties>
</file>