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4986" w:type="dxa"/>
            <w:gridSpan w:val="6"/>
            <w:vAlign w:val="center"/>
          </w:tcPr>
          <w:p>
            <w:pPr>
              <w:spacing w:before="0" w:after="0" w:line="280" w:lineRule="exact"/>
              <w:jc w:val="left"/>
              <w:rPr>
                <w:color w:val="222222"/>
                <w:sz w:val="20"/>
                <w:szCs w:val="20"/>
              </w:rPr>
            </w:pPr>
          </w:p>
        </w:tc>
        <w:tc>
          <w:tcPr>
            <w:tcW w:w="4986" w:type="dxa"/>
            <w:gridSpan w:val="6"/>
            <w:vAlign w:val="center"/>
          </w:tcPr>
          <w:p>
            <w:pPr>
              <w:spacing w:before="0" w:after="0" w:line="280" w:lineRule="exact"/>
              <w:jc w:val="right"/>
              <w:rPr>
                <w:color w:val="222222"/>
                <w:sz w:val="20"/>
                <w:szCs w:val="20"/>
              </w:rPr>
            </w:pPr>
            <w:r>
              <w:rPr>
                <w:color w:val="222222"/>
                <w:sz w:val="20"/>
                <w:szCs w:val="20"/>
              </w:rPr>
              <w:t xml:space="preserve">2026年11月4日</w:t>
            </w:r>
          </w:p>
        </w:tc>
      </w:tr>
    </w:tbl>
    <w:p>
      <w:pPr>
        <w:spacing w:before="0" w:after="0" w:line="16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5817" w:type="dxa"/>
            <w:gridSpan w:val="7"/>
            <w:vAlign w:val="center"/>
          </w:tcPr>
          <w:p>
            <w:pPr>
              <w:spacing w:before="0" w:after="0" w:line="280" w:lineRule="exact"/>
              <w:jc w:val="left"/>
              <w:rPr>
                <w:b/>
                <w:bCs/>
                <w:color w:val="222222"/>
                <w:sz w:val="24"/>
                <w:szCs w:val="24"/>
              </w:rPr>
            </w:pPr>
            <w:r>
              <w:rPr>
                <w:b/>
                <w:bCs/>
                <w:color w:val="222222"/>
                <w:sz w:val="24"/>
                <w:szCs w:val="24"/>
              </w:rPr>
              <w:t xml:space="preserve">サンプル不動産株式会社 管理部</w:t>
            </w:r>
          </w:p>
        </w:tc>
        <w:tc>
          <w:tcPr>
            <w:tcW w:w="4155" w:type="dxa"/>
            <w:gridSpan w:val="5"/>
            <w:vAlign w:val="center"/>
          </w:tcPr>
          <w:p>
            <w:pPr>
              <w:spacing w:before="0" w:after="0" w:line="280" w:lineRule="exact"/>
              <w:jc w:val="left"/>
              <w:rPr>
                <w:color w:val="222222"/>
                <w:sz w:val="20"/>
                <w:szCs w:val="20"/>
              </w:rPr>
            </w:pPr>
          </w:p>
        </w:tc>
      </w:tr>
      <w:tr>
        <w:trPr>
          <w:cantSplit/>
          <w:trHeight w:val="360" w:hRule="atLeast"/>
        </w:trPr>
        <w:tc>
          <w:tcPr>
            <w:tcW w:w="5817" w:type="dxa"/>
            <w:gridSpan w:val="7"/>
            <w:vAlign w:val="center"/>
          </w:tcPr>
          <w:p>
            <w:pPr>
              <w:spacing w:before="0" w:after="0" w:line="280" w:lineRule="exact"/>
              <w:jc w:val="left"/>
              <w:rPr>
                <w:color w:val="222222"/>
                <w:sz w:val="24"/>
                <w:szCs w:val="24"/>
              </w:rPr>
            </w:pPr>
            <w:r>
              <w:rPr>
                <w:color w:val="222222"/>
                <w:sz w:val="24"/>
                <w:szCs w:val="24"/>
              </w:rPr>
              <w:t xml:space="preserve">鈴木 様</w:t>
            </w:r>
          </w:p>
        </w:tc>
        <w:tc>
          <w:tcPr>
            <w:tcW w:w="4155" w:type="dxa"/>
            <w:gridSpan w:val="5"/>
            <w:vAlign w:val="center"/>
          </w:tcPr>
          <w:p>
            <w:pPr>
              <w:spacing w:before="0" w:after="0" w:line="280" w:lineRule="exact"/>
              <w:jc w:val="left"/>
              <w:rPr>
                <w:color w:val="222222"/>
                <w:sz w:val="20"/>
                <w:szCs w:val="20"/>
              </w:rPr>
            </w:pPr>
            <w:r>
              <w:rPr>
                <w:color w:val="222222"/>
                <w:sz w:val="20"/>
                <w:szCs w:val="20"/>
              </w:rPr>
              <w:t xml:space="preserve">株式会社みなと設備サービス</w:t>
            </w:r>
          </w:p>
        </w:tc>
      </w:tr>
      <w:tr>
        <w:trPr>
          <w:cantSplit/>
          <w:trHeight w:val="360" w:hRule="atLeast"/>
        </w:trPr>
        <w:tc>
          <w:tcPr>
            <w:tcW w:w="5817" w:type="dxa"/>
            <w:gridSpan w:val="7"/>
            <w:vAlign w:val="center"/>
          </w:tcPr>
          <w:p>
            <w:pPr>
              <w:spacing w:before="0" w:after="0" w:line="280" w:lineRule="exact"/>
              <w:jc w:val="left"/>
              <w:rPr>
                <w:color w:val="222222"/>
                <w:sz w:val="20"/>
                <w:szCs w:val="20"/>
              </w:rPr>
            </w:pPr>
          </w:p>
        </w:tc>
        <w:tc>
          <w:tcPr>
            <w:tcW w:w="4155" w:type="dxa"/>
            <w:gridSpan w:val="5"/>
            <w:vAlign w:val="center"/>
          </w:tcPr>
          <w:p>
            <w:pPr>
              <w:spacing w:before="0" w:after="0" w:line="280" w:lineRule="exact"/>
              <w:jc w:val="left"/>
              <w:rPr>
                <w:color w:val="222222"/>
                <w:sz w:val="20"/>
                <w:szCs w:val="20"/>
              </w:rPr>
            </w:pPr>
            <w:r>
              <w:rPr>
                <w:color w:val="222222"/>
                <w:sz w:val="20"/>
                <w:szCs w:val="20"/>
              </w:rPr>
              <w:t xml:space="preserve">設備管理部 山本 一郎</w:t>
            </w:r>
          </w:p>
        </w:tc>
      </w:tr>
      <w:tr>
        <w:trPr>
          <w:cantSplit/>
          <w:trHeight w:val="360" w:hRule="atLeast"/>
        </w:trPr>
        <w:tc>
          <w:tcPr>
            <w:tcW w:w="5817" w:type="dxa"/>
            <w:gridSpan w:val="7"/>
            <w:vAlign w:val="center"/>
          </w:tcPr>
          <w:p>
            <w:pPr>
              <w:spacing w:before="0" w:after="0" w:line="280" w:lineRule="exact"/>
              <w:jc w:val="left"/>
              <w:rPr>
                <w:color w:val="222222"/>
                <w:sz w:val="20"/>
                <w:szCs w:val="20"/>
              </w:rPr>
            </w:pPr>
          </w:p>
        </w:tc>
        <w:tc>
          <w:tcPr>
            <w:tcW w:w="4155" w:type="dxa"/>
            <w:gridSpan w:val="5"/>
            <w:vAlign w:val="center"/>
          </w:tcPr>
          <w:p>
            <w:pPr>
              <w:spacing w:before="0" w:after="0" w:line="280" w:lineRule="exact"/>
              <w:jc w:val="left"/>
              <w:rPr>
                <w:color w:val="222222"/>
                <w:sz w:val="18"/>
                <w:szCs w:val="18"/>
              </w:rPr>
            </w:pPr>
            <w:r>
              <w:rPr>
                <w:color w:val="222222"/>
                <w:sz w:val="18"/>
                <w:szCs w:val="18"/>
              </w:rPr>
              <w:t xml:space="preserve">電話 03-0000-1201</w:t>
            </w:r>
          </w:p>
        </w:tc>
      </w:tr>
      <w:tr>
        <w:trPr>
          <w:cantSplit/>
          <w:trHeight w:val="360" w:hRule="atLeast"/>
        </w:trPr>
        <w:tc>
          <w:tcPr>
            <w:tcW w:w="5817" w:type="dxa"/>
            <w:gridSpan w:val="7"/>
            <w:vAlign w:val="center"/>
          </w:tcPr>
          <w:p>
            <w:pPr>
              <w:spacing w:before="0" w:after="0" w:line="280" w:lineRule="exact"/>
              <w:jc w:val="left"/>
              <w:rPr>
                <w:color w:val="222222"/>
                <w:sz w:val="20"/>
                <w:szCs w:val="20"/>
              </w:rPr>
            </w:pPr>
          </w:p>
        </w:tc>
        <w:tc>
          <w:tcPr>
            <w:tcW w:w="4155" w:type="dxa"/>
            <w:gridSpan w:val="5"/>
            <w:vAlign w:val="center"/>
          </w:tcPr>
          <w:p>
            <w:pPr>
              <w:spacing w:before="0" w:after="0" w:line="280" w:lineRule="exact"/>
              <w:jc w:val="left"/>
              <w:rPr>
                <w:color w:val="222222"/>
                <w:sz w:val="18"/>
                <w:szCs w:val="18"/>
              </w:rPr>
            </w:pPr>
            <w:r>
              <w:rPr>
                <w:color w:val="222222"/>
                <w:sz w:val="18"/>
                <w:szCs w:val="18"/>
              </w:rPr>
              <w:t xml:space="preserve">yamamoto@example.jp</w:t>
            </w:r>
          </w:p>
        </w:tc>
      </w:tr>
    </w:tbl>
    <w:p>
      <w:pPr>
        <w:spacing w:before="0" w:after="0" w:line="24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9972" w:type="dxa"/>
            <w:gridSpan w:val="12"/>
            <w:vAlign w:val="center"/>
          </w:tcPr>
          <w:p>
            <w:pPr>
              <w:spacing w:before="0" w:after="0" w:line="280" w:lineRule="exact"/>
              <w:jc w:val="center"/>
              <w:rPr>
                <w:b/>
                <w:bCs/>
                <w:color w:val="222222"/>
                <w:sz w:val="28"/>
                <w:szCs w:val="28"/>
              </w:rPr>
            </w:pPr>
            <w:r>
              <w:rPr>
                <w:b/>
                <w:bCs/>
                <w:color w:val="222222"/>
                <w:sz w:val="28"/>
                <w:szCs w:val="28"/>
              </w:rPr>
              <w:t xml:space="preserve">書類送付のご案内</w:t>
            </w:r>
          </w:p>
        </w:tc>
      </w:tr>
    </w:tbl>
    <w:p>
      <w:pPr>
        <w:spacing w:before="0" w:after="0" w:line="16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360" w:hRule="atLeast"/>
        </w:trPr>
        <w:tc>
          <w:tcPr>
            <w:tcW w:w="9972" w:type="dxa"/>
            <w:gridSpan w:val="12"/>
            <w:vAlign w:val="top"/>
          </w:tcPr>
          <w:p>
            <w:pPr>
              <w:spacing w:before="0" w:after="0" w:line="280" w:lineRule="exact"/>
              <w:jc w:val="left"/>
              <w:rPr>
                <w:color w:val="222222"/>
                <w:sz w:val="20"/>
                <w:szCs w:val="20"/>
              </w:rPr>
            </w:pPr>
            <w:r>
              <w:rPr>
                <w:color w:val="222222"/>
                <w:sz w:val="20"/>
                <w:szCs w:val="20"/>
              </w:rPr>
              <w:t xml:space="preserve">拝啓　時下ますますご清栄のこととお慶び申し上げます。平素は格別のお引き立てを賜り、厚く御礼申し上げます。</w:t>
            </w:r>
          </w:p>
          <w:p>
            <w:pPr>
              <w:spacing w:before="0" w:after="0" w:line="280" w:lineRule="exact"/>
              <w:jc w:val="left"/>
              <w:rPr>
                <w:color w:val="222222"/>
                <w:sz w:val="20"/>
                <w:szCs w:val="20"/>
              </w:rPr>
            </w:pPr>
            <w:r>
              <w:rPr>
                <w:color w:val="222222"/>
                <w:sz w:val="20"/>
                <w:szCs w:val="20"/>
              </w:rPr>
              <w:t xml:space="preserve">　さて、10月31日に実施いたしました北町第一ビルの排水管の高圧洗浄につきまして、下記の書類をお送りいたします。ご査収のほど、よろしくお願い申し上げます。</w:t>
            </w:r>
          </w:p>
        </w:tc>
      </w:tr>
      <w:tr>
        <w:trPr>
          <w:cantSplit/>
          <w:trHeight w:val="360" w:hRule="atLeast"/>
        </w:trPr>
        <w:tc>
          <w:tcPr>
            <w:tcW w:w="9972" w:type="dxa"/>
            <w:gridSpan w:val="12"/>
            <w:vAlign w:val="center"/>
          </w:tcPr>
          <w:p>
            <w:pPr>
              <w:spacing w:before="0" w:after="0" w:line="280" w:lineRule="exact"/>
              <w:jc w:val="right"/>
              <w:rPr>
                <w:color w:val="222222"/>
                <w:sz w:val="20"/>
                <w:szCs w:val="20"/>
              </w:rPr>
            </w:pPr>
            <w:r>
              <w:rPr>
                <w:color w:val="222222"/>
                <w:sz w:val="20"/>
                <w:szCs w:val="20"/>
              </w:rPr>
              <w:t xml:space="preserve">敬具</w:t>
            </w:r>
          </w:p>
        </w:tc>
      </w:tr>
      <w:tr>
        <w:trPr>
          <w:cantSplit/>
          <w:trHeight w:val="360" w:hRule="atLeast"/>
        </w:trPr>
        <w:tc>
          <w:tcPr>
            <w:tcW w:w="9972" w:type="dxa"/>
            <w:gridSpan w:val="12"/>
            <w:vAlign w:val="center"/>
          </w:tcPr>
          <w:p>
            <w:pPr>
              <w:spacing w:before="0" w:after="0" w:line="280" w:lineRule="exact"/>
              <w:jc w:val="center"/>
              <w:rPr>
                <w:color w:val="222222"/>
                <w:sz w:val="20"/>
                <w:szCs w:val="20"/>
              </w:rPr>
            </w:pPr>
            <w:r>
              <w:rPr>
                <w:color w:val="222222"/>
                <w:sz w:val="20"/>
                <w:szCs w:val="20"/>
              </w:rPr>
              <w:t xml:space="preserve">記</w:t>
            </w:r>
          </w:p>
        </w:tc>
      </w:tr>
    </w:tbl>
    <w:p>
      <w:pPr>
        <w:spacing w:before="0" w:after="0" w:line="8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blHeader/>
        </w:trPr>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No.</w:t>
            </w:r>
          </w:p>
        </w:tc>
        <w:tc>
          <w:tcPr>
            <w:tcW w:w="5817" w:type="dxa"/>
            <w:gridSpan w:val="7"/>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書類名</w:t>
            </w:r>
          </w:p>
        </w:tc>
        <w:tc>
          <w:tcPr>
            <w:tcW w:w="831" w:type="dxa"/>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部数</w:t>
            </w:r>
          </w:p>
        </w:tc>
        <w:tc>
          <w:tcPr>
            <w:tcW w:w="2493" w:type="dxa"/>
            <w:gridSpan w:val="3"/>
            <w:tcBorders>
              <w:top w:val="single" w:sz="4" w:space="0" w:color="9AA5B1"/>
              <w:left w:val="single" w:sz="4" w:space="0" w:color="9AA5B1"/>
              <w:bottom w:val="single" w:sz="4" w:space="0" w:color="9AA5B1"/>
              <w:right w:val="single" w:sz="4" w:space="0" w:color="9AA5B1"/>
            </w:tcBorders>
            <w:shd w:val="clear" w:color="auto" w:fill="1F3A5F"/>
            <w:vAlign w:val="center"/>
          </w:tcPr>
          <w:p>
            <w:pPr>
              <w:keepNext/>
              <w:spacing w:before="0" w:after="0" w:line="280" w:lineRule="exact"/>
              <w:jc w:val="center"/>
              <w:rPr>
                <w:b/>
                <w:bCs/>
                <w:color w:val="FFFFFF"/>
                <w:sz w:val="18"/>
                <w:szCs w:val="18"/>
              </w:rPr>
            </w:pPr>
            <w:r>
              <w:rPr>
                <w:b/>
                <w:bCs/>
                <w:color w:val="FFFFFF"/>
                <w:sz w:val="18"/>
                <w:szCs w:val="18"/>
              </w:rPr>
              <w:t xml:space="preserve">備考</w:t>
            </w:r>
          </w:p>
        </w:tc>
      </w:tr>
      <w:tr>
        <w:trPr>
          <w:cantSplit/>
          <w:trHeight w:val="36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r>
              <w:rPr>
                <w:color w:val="222222"/>
                <w:sz w:val="20"/>
                <w:szCs w:val="20"/>
              </w:rPr>
              <w:t xml:space="preserve">1</w:t>
            </w:r>
          </w:p>
        </w:tc>
        <w:tc>
          <w:tcPr>
            <w:tcW w:w="5817" w:type="dxa"/>
            <w:gridSpan w:val="7"/>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r>
              <w:rPr>
                <w:color w:val="222222"/>
                <w:sz w:val="20"/>
                <w:szCs w:val="20"/>
              </w:rPr>
              <w:t xml:space="preserve">排水管の高圧洗浄の実施のご報告（No. MS-2611-002）</w:t>
            </w: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r>
              <w:rPr>
                <w:color w:val="222222"/>
                <w:sz w:val="18"/>
                <w:szCs w:val="18"/>
              </w:rPr>
              <w:t xml:space="preserve">1</w:t>
            </w: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r>
        <w:trPr>
          <w:cantSplit/>
          <w:trHeight w:val="36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r>
              <w:rPr>
                <w:color w:val="222222"/>
                <w:sz w:val="20"/>
                <w:szCs w:val="20"/>
              </w:rPr>
              <w:t xml:space="preserve">2</w:t>
            </w:r>
          </w:p>
        </w:tc>
        <w:tc>
          <w:tcPr>
            <w:tcW w:w="5817" w:type="dxa"/>
            <w:gridSpan w:val="7"/>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r>
              <w:rPr>
                <w:color w:val="222222"/>
                <w:sz w:val="20"/>
                <w:szCs w:val="20"/>
              </w:rPr>
              <w:t xml:space="preserve">写真報告書（作業前・作業後）</w:t>
            </w: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r>
              <w:rPr>
                <w:color w:val="222222"/>
                <w:sz w:val="18"/>
                <w:szCs w:val="18"/>
              </w:rPr>
              <w:t xml:space="preserve">1</w:t>
            </w: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r>
        <w:trPr>
          <w:cantSplit/>
          <w:trHeight w:val="36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r>
              <w:rPr>
                <w:color w:val="222222"/>
                <w:sz w:val="20"/>
                <w:szCs w:val="20"/>
              </w:rPr>
              <w:t xml:space="preserve">3</w:t>
            </w:r>
          </w:p>
        </w:tc>
        <w:tc>
          <w:tcPr>
            <w:tcW w:w="5817" w:type="dxa"/>
            <w:gridSpan w:val="7"/>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r>
              <w:rPr>
                <w:color w:val="222222"/>
                <w:sz w:val="20"/>
                <w:szCs w:val="20"/>
              </w:rPr>
              <w:t xml:space="preserve">3F テナント様へのお知らせ（掲示の案）</w:t>
            </w: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r>
              <w:rPr>
                <w:color w:val="222222"/>
                <w:sz w:val="18"/>
                <w:szCs w:val="18"/>
              </w:rPr>
              <w:t xml:space="preserve">1</w:t>
            </w: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r>
              <w:rPr>
                <w:color w:val="222222"/>
                <w:sz w:val="18"/>
                <w:szCs w:val="18"/>
              </w:rPr>
              <w:t xml:space="preserve">ご確認をお願いします</w:t>
            </w:r>
          </w:p>
        </w:tc>
      </w:tr>
      <w:tr>
        <w:trPr>
          <w:cantSplit/>
          <w:trHeight w:val="360" w:hRule="atLeast"/>
        </w:trPr>
        <w:tc>
          <w:tcPr>
            <w:tcW w:w="831" w:type="dxa"/>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center"/>
              <w:rPr>
                <w:color w:val="222222"/>
                <w:sz w:val="20"/>
                <w:szCs w:val="20"/>
              </w:rPr>
            </w:pPr>
            <w:r>
              <w:rPr>
                <w:color w:val="222222"/>
                <w:sz w:val="20"/>
                <w:szCs w:val="20"/>
              </w:rPr>
              <w:t xml:space="preserve">4</w:t>
            </w:r>
          </w:p>
        </w:tc>
        <w:tc>
          <w:tcPr>
            <w:tcW w:w="5817" w:type="dxa"/>
            <w:gridSpan w:val="7"/>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20"/>
                <w:szCs w:val="20"/>
              </w:rPr>
            </w:pPr>
            <w:r>
              <w:rPr>
                <w:color w:val="222222"/>
                <w:sz w:val="20"/>
                <w:szCs w:val="20"/>
              </w:rPr>
              <w:t xml:space="preserve">請求書（No. MS-2611-018）</w:t>
            </w: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color w:val="222222"/>
                <w:sz w:val="18"/>
                <w:szCs w:val="18"/>
              </w:rPr>
            </w:pPr>
            <w:r>
              <w:rPr>
                <w:color w:val="222222"/>
                <w:sz w:val="18"/>
                <w:szCs w:val="18"/>
              </w:rPr>
              <w:t xml:space="preserve">1</w:t>
            </w:r>
          </w:p>
        </w:tc>
        <w:tc>
          <w:tcPr>
            <w:tcW w:w="2493" w:type="dxa"/>
            <w:gridSpan w:val="3"/>
            <w:tcBorders>
              <w:top w:val="single" w:sz="4" w:space="0" w:color="9AA5B1"/>
              <w:left w:val="single" w:sz="4" w:space="0" w:color="9AA5B1"/>
              <w:bottom w:val="single" w:sz="4" w:space="0" w:color="9AA5B1"/>
              <w:right w:val="single" w:sz="4" w:space="0" w:color="9AA5B1"/>
            </w:tcBorders>
            <w:vAlign w:val="center"/>
          </w:tcPr>
          <w:p>
            <w:pPr>
              <w:spacing w:before="0" w:after="0" w:line="280" w:lineRule="exact"/>
              <w:jc w:val="left"/>
              <w:rPr>
                <w:color w:val="222222"/>
                <w:sz w:val="18"/>
                <w:szCs w:val="18"/>
              </w:rPr>
            </w:pPr>
          </w:p>
        </w:tc>
      </w:tr>
      <w:tr>
        <w:trPr>
          <w:cantSplit/>
          <w:trHeight w:val="360" w:hRule="atLeast"/>
        </w:trPr>
        <w:tc>
          <w:tcPr>
            <w:tcW w:w="6648" w:type="dxa"/>
            <w:gridSpan w:val="8"/>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right"/>
              <w:rPr>
                <w:b/>
                <w:bCs/>
                <w:color w:val="222222"/>
                <w:sz w:val="20"/>
                <w:szCs w:val="20"/>
              </w:rPr>
            </w:pPr>
            <w:r>
              <w:rPr>
                <w:b/>
                <w:bCs/>
                <w:color w:val="222222"/>
                <w:sz w:val="20"/>
                <w:szCs w:val="20"/>
              </w:rPr>
              <w:t xml:space="preserve">合計</w:t>
            </w:r>
          </w:p>
        </w:tc>
        <w:tc>
          <w:tcPr>
            <w:tcW w:w="831" w:type="dxa"/>
            <w:tcBorders>
              <w:top w:val="single" w:sz="4" w:space="0" w:color="9AA5B1"/>
              <w:left w:val="single" w:sz="4" w:space="0" w:color="9AA5B1"/>
              <w:bottom w:val="single" w:sz="4" w:space="0" w:color="9AA5B1"/>
              <w:right w:val="single" w:sz="4" w:space="0" w:color="9AA5B1"/>
            </w:tcBorders>
            <w:tcMar>
              <w:left w:w="20" w:type="dxa"/>
              <w:right w:w="80" w:type="dxa"/>
            </w:tcMar>
            <w:vAlign w:val="center"/>
          </w:tcPr>
          <w:p>
            <w:pPr>
              <w:spacing w:before="0" w:after="0" w:line="280" w:lineRule="exact"/>
              <w:jc w:val="right"/>
              <w:rPr>
                <w:b/>
                <w:bCs/>
                <w:color w:val="222222"/>
                <w:sz w:val="18"/>
                <w:szCs w:val="18"/>
              </w:rPr>
            </w:pPr>
            <w:r>
              <w:rPr>
                <w:b/>
                <w:bCs/>
                <w:color w:val="222222"/>
                <w:sz w:val="18"/>
                <w:szCs w:val="18"/>
              </w:rPr>
              <w:t xml:space="preserve">4部</w:t>
            </w:r>
          </w:p>
        </w:tc>
        <w:tc>
          <w:tcPr>
            <w:tcW w:w="2493" w:type="dxa"/>
            <w:gridSpan w:val="3"/>
            <w:tcBorders>
              <w:top w:val="single" w:sz="4" w:space="0" w:color="9AA5B1"/>
              <w:left w:val="single" w:sz="4" w:space="0" w:color="9AA5B1"/>
              <w:bottom w:val="single" w:sz="4" w:space="0" w:color="9AA5B1"/>
              <w:right w:val="single" w:sz="4" w:space="0" w:color="9AA5B1"/>
            </w:tcBorders>
            <w:shd w:val="clear" w:color="auto" w:fill="F3F4F6"/>
            <w:vAlign w:val="center"/>
          </w:tcPr>
          <w:p>
            <w:pPr>
              <w:spacing w:before="0" w:after="0" w:line="280" w:lineRule="exact"/>
              <w:jc w:val="left"/>
              <w:rPr>
                <w:color w:val="222222"/>
                <w:sz w:val="20"/>
                <w:szCs w:val="20"/>
              </w:rPr>
            </w:pPr>
          </w:p>
        </w:tc>
      </w:tr>
    </w:tbl>
    <w:p>
      <w:pPr>
        <w:spacing w:before="0" w:after="0" w:line="120" w:lineRule="exact"/>
        <w:rPr>
          <w:sz w:val="2"/>
          <w:szCs w:val="2"/>
        </w:rPr>
      </w:pPr>
    </w:p>
    <w:tbl>
      <w:tblPr>
        <w:tblW w:w="9972" w:type="dxa"/>
        <w:tblInd w:w="0" w:type="dxa"/>
        <w:tblLayout w:type="fixed"/>
        <w:tblCellMar>
          <w:top w:w="30" w:type="dxa"/>
          <w:left w:w="80" w:type="dxa"/>
          <w:bottom w:w="30" w:type="dxa"/>
          <w:right w:w="80" w:type="dxa"/>
        </w:tblCellMar>
        <w:tblLook w:val="04A0" w:firstRow="1" w:lastRow="0" w:firstColumn="1" w:lastColumn="0" w:noHBand="0" w:noVBand="1"/>
      </w:tblPr>
      <w:tblGrid>
        <w:gridCol w:w="831"/>
        <w:gridCol w:w="831"/>
        <w:gridCol w:w="831"/>
        <w:gridCol w:w="831"/>
        <w:gridCol w:w="831"/>
        <w:gridCol w:w="831"/>
        <w:gridCol w:w="831"/>
        <w:gridCol w:w="831"/>
        <w:gridCol w:w="831"/>
        <w:gridCol w:w="831"/>
        <w:gridCol w:w="831"/>
        <w:gridCol w:w="831"/>
      </w:tblGrid>
      <w:tr>
        <w:trPr>
          <w:cantSplit/>
          <w:trHeight w:val="400" w:hRule="atLeast"/>
        </w:trPr>
        <w:tc>
          <w:tcPr>
            <w:tcW w:w="9972" w:type="dxa"/>
            <w:gridSpan w:val="12"/>
            <w:tcBorders>
              <w:top w:val="single" w:sz="4" w:space="0" w:color="9AA5B1"/>
              <w:left w:val="single" w:sz="4" w:space="0" w:color="9AA5B1"/>
              <w:bottom w:val="single" w:sz="4" w:space="0" w:color="9AA5B1"/>
              <w:right w:val="single" w:sz="4" w:space="0" w:color="9AA5B1"/>
            </w:tcBorders>
            <w:shd w:val="clear" w:color="auto" w:fill="F3F4F6"/>
            <w:vAlign w:val="center"/>
          </w:tcPr>
          <w:p>
            <w:pPr>
              <w:keepNext/>
              <w:spacing w:before="0" w:after="0" w:line="280" w:lineRule="exact"/>
              <w:jc w:val="left"/>
              <w:rPr>
                <w:b/>
                <w:bCs/>
                <w:color w:val="222222"/>
                <w:sz w:val="18"/>
                <w:szCs w:val="18"/>
              </w:rPr>
            </w:pPr>
            <w:r>
              <w:rPr>
                <w:b/>
                <w:bCs/>
                <w:color w:val="222222"/>
                <w:sz w:val="18"/>
                <w:szCs w:val="18"/>
              </w:rPr>
              <w:t xml:space="preserve">連絡事項</w:t>
            </w:r>
          </w:p>
        </w:tc>
      </w:tr>
      <w:tr>
        <w:trPr>
          <w:cantSplit/>
          <w:trHeight w:val="360" w:hRule="atLeast"/>
        </w:trPr>
        <w:tc>
          <w:tcPr>
            <w:tcW w:w="9972" w:type="dxa"/>
            <w:gridSpan w:val="12"/>
            <w:tcBorders>
              <w:top w:val="single" w:sz="4" w:space="0" w:color="9AA5B1"/>
              <w:left w:val="single" w:sz="4" w:space="0" w:color="9AA5B1"/>
              <w:bottom w:val="single" w:sz="4" w:space="0" w:color="9AA5B1"/>
              <w:right w:val="single" w:sz="4" w:space="0" w:color="9AA5B1"/>
            </w:tcBorders>
            <w:vAlign w:val="top"/>
          </w:tcPr>
          <w:p>
            <w:pPr>
              <w:spacing w:before="0" w:after="0" w:line="280" w:lineRule="exact"/>
              <w:jc w:val="left"/>
              <w:rPr>
                <w:color w:val="222222"/>
                <w:sz w:val="20"/>
                <w:szCs w:val="20"/>
              </w:rPr>
            </w:pPr>
            <w:r>
              <w:rPr>
                <w:color w:val="222222"/>
                <w:sz w:val="20"/>
                <w:szCs w:val="20"/>
              </w:rPr>
              <w:t xml:space="preserve">3F テナント様へのお知らせの案をご確認のうえ、11月13日（金）までにご意見をお知らせください。いただいたご意見を直して、掲示用に印刷したものをお届けします。</w:t>
            </w:r>
          </w:p>
        </w:tc>
      </w:tr>
      <w:tr>
        <w:trPr>
          <w:cantSplit/>
          <w:trHeight w:val="360" w:hRule="atLeast"/>
        </w:trPr>
        <w:tc>
          <w:tcPr>
            <w:tcW w:w="9972" w:type="dxa"/>
            <w:gridSpan w:val="12"/>
            <w:vAlign w:val="bottom"/>
          </w:tcPr>
          <w:p>
            <w:pPr>
              <w:spacing w:before="0" w:after="0" w:line="280" w:lineRule="exact"/>
              <w:jc w:val="right"/>
              <w:rPr>
                <w:color w:val="222222"/>
                <w:sz w:val="20"/>
                <w:szCs w:val="20"/>
              </w:rPr>
            </w:pPr>
            <w:r>
              <w:rPr>
                <w:color w:val="222222"/>
                <w:sz w:val="20"/>
                <w:szCs w:val="20"/>
              </w:rPr>
              <w:t xml:space="preserve">以上</w:t>
            </w:r>
          </w:p>
        </w:tc>
      </w:tr>
    </w:tbl>
    <w:p>
      <w:pPr>
        <w:spacing w:before="0" w:after="0" w:line="20" w:lineRule="exact"/>
        <w:rPr>
          <w:sz w:val="2"/>
          <w:szCs w:val="2"/>
        </w:rPr>
      </w:pPr>
    </w:p>
    <w:sectPr w:rsidR="00FC693F" w:rsidRPr="0006063C" w:rsidSect="00034616">
      <w:pgSz w:w="11906" w:h="16838"/>
      <w:pgMar w:top="720" w:right="967" w:bottom="720" w:left="967"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游ゴシック" w:eastAsia="游ゴシック" w:hAnsi="游ゴシック" w:cs="游ゴシック"/>
        <w:color w:val="222222"/>
        <w:sz w:val="20"/>
        <w:szCs w:val="20"/>
        <w:lang w:val="en-US" w:eastAsia="ja-JP" w:bidi="ar-SA"/>
      </w:rPr>
    </w:rPrDefault>
    <w:pPrDefault>
      <w:pPr>
        <w:autoSpaceDE w:val="0"/>
        <w:autoSpaceDN w:val="0"/>
        <w:spacing w:after="0" w:line="280" w:lineRule="exac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Heading">
    <w:name w:val="報告書の見出し"/>
    <w:basedOn w:val="Normal"/>
    <w:next w:val="Normal"/>
    <w:qFormat/>
    <w:pPr>
      <w:keepNext/>
      <w:outlineLvl w:val="0"/>
    </w:pPr>
    <w:rPr>
      <w:b/>
      <w:bCs/>
      <w:color w:val="1F3A5F"/>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送付状</dc:title>
  <dc:subject/>
  <dc:creator>おまかせレポート</dc:creator>
  <cp:keywords/>
  <dc:description/>
  <cp:lastModifiedBy>おまかせレポート</cp:lastModifiedBy>
  <cp:revision>1</cp:revision>
  <dcterms:created xsi:type="dcterms:W3CDTF">2026-11-03T17:02:35Z</dcterms:created>
  <dcterms:modified xsi:type="dcterms:W3CDTF">2026-11-03T17:02:35Z</dcterms:modified>
  <cp:category/>
</cp:coreProperties>
</file>