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〇〇〇〇年〇月〇日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株式会社〇〇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代表取締役 〇〇 〇〇 殿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所属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〇〇部 〇〇課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 〇〇</w:t>
            </w:r>
          </w:p>
        </w:tc>
        <w:tc>
          <w:tcPr>
            <w:tcW w:w="831" w:type="dxa"/>
            <w:vAlign w:val="center"/>
          </w:tcPr>
          <w:p>
            <w:pPr>
              <w:spacing w:before="0" w:after="0" w:line="280" w:lineRule="exact"/>
              <w:jc w:val="center"/>
              <w:rPr>
                <w:color w:val="9AA5B1"/>
                <w:sz w:val="20"/>
                <w:szCs w:val="20"/>
              </w:rPr>
            </w:pPr>
            <w:r>
              <w:rPr>
                <w:color w:val="9AA5B1"/>
                <w:sz w:val="20"/>
                <w:szCs w:val="20"/>
              </w:rPr>
              <w:t xml:space="preserve">印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36"/>
                <w:szCs w:val="36"/>
              </w:rPr>
            </w:pPr>
            <w:r>
              <w:rPr>
                <w:b/>
                <w:bCs/>
                <w:color w:val="222222"/>
                <w:sz w:val="36"/>
                <w:szCs w:val="36"/>
              </w:rPr>
              <w:t xml:space="preserve">始末書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このたび、私は、〇〇〇〇により、会社に多大なご迷惑をおかけしました。誠に申し訳ございません。下記のとおり、事実と原因、今後の対策をご報告いたします。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日時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〇〇〇〇年〇月〇日（〇）〇:〇〇ごろ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場所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どこで起きたか</w:t>
                </w:r>
              </w:p>
            </w:sdtContent>
          </w:sdt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12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起こしたこと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起こしたこと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いつ、どこで、何をして、どうなったかを、事実だけで書きます。そのあとにしたこと（報告・お詫び・片付け）も書きます。</w:t>
                </w:r>
              </w:p>
            </w:sdtContent>
          </w:sdt>
        </w:tc>
      </w:tr>
      <w:tr>
        <w:trPr>
          <w:cantSplit/>
          <w:trHeight w:val="9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原因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原因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自分の行動で足りなかったことを、言い訳をせずに書きます。</w:t>
                </w:r>
              </w:p>
            </w:sdtContent>
          </w:sdt>
        </w:tc>
      </w:tr>
      <w:tr>
        <w:trPr>
          <w:cantSplit/>
          <w:trHeight w:val="9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ご迷惑をおかけしたこと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ご迷惑をおかけしたこと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会社・お客様・同僚にかけた迷惑（損害の金額、遅れた時間、代わってもらった仕事）を書きます。</w:t>
                </w:r>
              </w:p>
            </w:sdtContent>
          </w:sdt>
        </w:tc>
      </w:tr>
      <w:tr>
        <w:trPr>
          <w:cantSplit/>
          <w:trHeight w:val="12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再発防止のためにすること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再発防止のためにすること"/>
              <w:id w:val="41006"/>
              <w:showingPlcHdr/>
            </w:sdtPr>
            <w:sdtContent>
              <w:p>
                <w:pPr>
                  <w:spacing w:before="0" w:after="0" w:line="280" w:lineRule="exact"/>
                  <w:ind w:left="200" w:hanging="200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・何を、いつから、どうするかを、1行に1つずつ書きます。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お詫びと誓い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今後は、上の対策を必ず守り、二度と同じことを起こさないことを誓います。ここに始末書を提出し、深くお詫び申し上げます。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</dc:title>
  <dc:subject/>
  <dc:creator>おまかせレポート</dc:creator>
  <cp:keywords/>
  <dc:description/>
  <cp:lastModifiedBy>おまかせレポート</cp:lastModifiedBy>
  <cp:revision>1</cp:revision>
  <dcterms:created xsi:type="dcterms:W3CDTF">2026-11-03T15:03:43Z</dcterms:created>
  <dcterms:modified xsi:type="dcterms:W3CDTF">2026-11-03T15:03:43Z</dcterms:modified>
  <cp:category/>
</cp:coreProperties>
</file>