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2026年10月26日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株式会社しらかば商事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代表取締役 白井 康弘 殿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所属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業務部 営業事務課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岡本 由佳</w:t>
            </w:r>
          </w:p>
        </w:tc>
        <w:tc>
          <w:tcPr>
            <w:tcW w:w="831" w:type="dxa"/>
            <w:vAlign w:val="center"/>
          </w:tcPr>
          <w:p>
            <w:pPr>
              <w:spacing w:before="0" w:after="0" w:line="280" w:lineRule="exact"/>
              <w:jc w:val="center"/>
              <w:rPr>
                <w:color w:val="9AA5B1"/>
                <w:sz w:val="20"/>
                <w:szCs w:val="20"/>
              </w:rPr>
            </w:pPr>
            <w:r>
              <w:rPr>
                <w:color w:val="9AA5B1"/>
                <w:sz w:val="20"/>
                <w:szCs w:val="20"/>
              </w:rPr>
              <w:t xml:space="preserve">印</w:t>
            </w: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36"/>
                <w:szCs w:val="36"/>
              </w:rPr>
            </w:pPr>
            <w:r>
              <w:rPr>
                <w:b/>
                <w:bCs/>
                <w:color w:val="222222"/>
                <w:sz w:val="36"/>
                <w:szCs w:val="36"/>
              </w:rPr>
              <w:t xml:space="preserve">始末書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のたび、私は、お客様のご注文の数量を誤って入力し、ご注文の10倍の商品を納品して、会社とお客様に多大なご迷惑をおかけしました。誠に申し訳ございません。下記のとおり、事実と原因、今後の対策を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2026年10月19日（月）16:30ごろ（受注の入力）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本社 営業事務課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起こしたこと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精機株式会社様から受けたコピー用紙のご注文（5箱）を、受注の画面で50箱と入力し、注文書と見比べずに確定しました。10月21日に50箱が納品され、石田様からのお電話で誤りに気づきました。すぐに課長と部長に報告し、翌22日に45箱を引き取りました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原因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入力のあとに、注文書の数量と画面の数量を見比べる確認を怠りました。いつものご注文の10倍の数量でしたが、そのことにも気づけませんでした。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ご迷惑をおかけしたこと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引き取りの配送と、箱の傷んだ2箱の分で、会社に20,900円の損害を出しました。サンプル精機様には、45箱を1日置いていただき、数の確認と引き取りの立ち会いのお手間をおかけしました。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再発防止のためにすること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・受注を確定する前に、注文書と画面の数量・品番を、課の別の人と読み合わせます（10月26日から）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・いつもの数量と大きく違うご注文は、確定の前にお客様に電話で確かめます（10月26日から）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・その日に入力した受注の一覧を、翌朝もう一度、注文書と見比べます（10月27日から）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お詫びと誓い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今後は、上の3つの対策を必ず守り、二度と同じ誤りを起こさないことを誓います。ここに始末書を提出し、深くお詫び申し上げます。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始末書</dc:title>
  <dc:subject/>
  <dc:creator>おまかせレポート</dc:creator>
  <cp:keywords/>
  <dc:description/>
  <cp:lastModifiedBy>おまかせレポート</cp:lastModifiedBy>
  <cp:revision>1</cp:revision>
  <dcterms:created xsi:type="dcterms:W3CDTF">2026-11-03T15:03:43Z</dcterms:created>
  <dcterms:modified xsi:type="dcterms:W3CDTF">2026-11-03T15:03:43Z</dcterms:modified>
  <cp:category/>
</cp:coreProperties>
</file>