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営業報告書（月次）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対象月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提出日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提出日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部署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部署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〇〇部 〇〇課（〇名）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報告者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課長 〇〇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提出先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提出先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〇〇部 部長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期間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今月の結論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今月の結論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目標に届いたかを、指標ごとに1行ずつ、数字と一緒に書きます。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例：受注額は目標を達成しました。〇〇万円で、目標の〇〇万円を〇〇万円上回りました。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目標と実績</w:t>
            </w:r>
          </w:p>
        </w:tc>
      </w:tr>
      <w:tr>
        <w:trPr>
          <w:cantSplit/>
          <w:trHeight w:val="36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指標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今月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差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達成率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前月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前月比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ひとこと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売上（万円）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受注額（万円）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受注（件）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1件あたりの受注額（万円）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新規の商談（件）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訪問（件）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見積りの提出（件）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今月の欄には、売上は顧客別の売上の合計、受注は案件の一覧の合計、ほかは担当者別の表の合計を書きます。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差＝今月−目標、達成率＝今月÷目標、前月比＝今月÷前月−1で計算して書き入れます（Excel 版は数式で出ます）。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前月の欄には、先月の報告書の今月の数字を写します。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担当者別の実績</w:t>
            </w:r>
          </w:p>
        </w:tc>
      </w:tr>
      <w:tr>
        <w:trPr>
          <w:cantSplit/>
          <w:trHeight w:val="6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訪問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新規の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商談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見積り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受注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（件）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受注額（万円）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受注の目標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達成率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合計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訪問・新規の商談・見積りは、各自の営業日報の月の合計を写します。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受注の件数と金額は、案件の一覧から担当ごとに数えて書きます。</w:t>
      </w:r>
    </w:p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数字が動いた理由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4. 数字が動いた理由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数字が動いた理由を、指標ごとに1行ずつ書きます。わかっていることと、推測を分けて書きます。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問題と対応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5. 問題と対応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今月起きた問題と、取った対応、残っていることを書きます。ないときは「特にありません」と書きます。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来月の予定と見込み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6. 来月の予定と見込み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来月にすることを、期限と数字つきで書きます。結果が出る見積りと、その見込み額も書きます。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7. 相談・お願い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7. 相談・お願い"/>
              <w:id w:val="41010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上司に決めてほしいこと、手配してほしいことを、期限と一緒に書きます。ないときは「特にありません」と書きます。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108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営業報告書（月次）</dc:title>
  <dc:subject/>
  <dc:creator>おまかせレポート</dc:creator>
  <cp:keywords/>
  <dc:description/>
  <cp:lastModifiedBy>おまかせレポート</cp:lastModifiedBy>
  <cp:revision>1</cp:revision>
  <dcterms:created xsi:type="dcterms:W3CDTF">2026-11-03T15:26:03Z</dcterms:created>
  <dcterms:modified xsi:type="dcterms:W3CDTF">2026-11-03T15:26:03Z</dcterms:modified>
  <cp:category/>
</cp:coreProperties>
</file>