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稟議書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起案日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起案日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決裁希望日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決裁希望日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いつまでに決めてほしいか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所属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部署・課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起案者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起案者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氏名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何を、どうするか（例：〇〇の購入、〇〇の導入）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区分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備品の購入・外注など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金額（税込）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申請の内容（何を・いくらで・いつ）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申請の内容（何を・いくらで・いつ）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何を、どこから、いくらで、いつ、を2〜3文で先に書きます。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例：〇〇を〇〇社から購入します。金額は〇〇円（税込）で、〇月から使います。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理由・目的（今の課題と、なぜ今か）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2. 理由・目的（今の課題と、なぜ今か）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今どんな問題があるか（数字で）と、なぜ今決める必要があるかを、「・」で1行ずつ書きます。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金額の内訳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品名・内容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単価（円）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金額（円）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小計（税抜）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消費税（1円未満は切り捨て）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税率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合計（税込）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Word 版には数式がないので、金額（数量×単価）・小計・消費税・合計は、計算して書き入れます（Excel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消費税は、小計×税率（1円未満は切り捨て）です。見積書の消費税と合わないときは、見積書の額に合わせてください。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比べた案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取引先・内容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金額（税抜・円）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最も安い案との差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よい点・気になる点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採用</w:t>
            </w: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最も安い案との差は、その案の金額から、いちばん安い案の金額を引いて書きます。</w:t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選んだ理由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選んだ理由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なぜこの案にしたのか。いちばん安い案でないときは、差額を払う理由を書きます。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効果とリスク</w:t>
            </w:r>
          </w:p>
        </w:tc>
      </w:tr>
      <w:tr>
        <w:trPr>
          <w:cantSplit/>
          <w:trHeight w:val="6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期待する効果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期待する効果"/>
              <w:id w:val="41010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何が、どれだけよくなるか。確かめる時期も書きます。</w:t>
                </w:r>
              </w:p>
            </w:sdtContent>
          </w:sdt>
        </w:tc>
      </w:tr>
      <w:tr>
        <w:trPr>
          <w:cantSplit/>
          <w:trHeight w:val="6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リスクと対策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リスクと対策"/>
              <w:id w:val="4101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うまくいかないとき、起きそうな問題とその備え。</w:t>
                </w:r>
              </w:p>
            </w:sdtContent>
          </w:sdt>
        </w:tc>
      </w:tr>
      <w:tr>
        <w:trPr>
          <w:cantSplit/>
          <w:trHeight w:val="6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見送った場合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見送った場合"/>
              <w:id w:val="4101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決めなかったとき、今の問題がどうなるか。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日程・支払い・予算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発注日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発注日"/>
              <w:id w:val="4101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納品日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納品日"/>
              <w:id w:val="4101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使い始め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使い始め"/>
              <w:id w:val="4101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使い始める日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支払い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支払い"/>
              <w:id w:val="4101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例：納品の翌月末に振込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予算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予算"/>
              <w:id w:val="4101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予算内・予算外と、使う予算の名前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添付資料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添付資料"/>
              <w:id w:val="4101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見積書・カタログ・仕様書・契約書の案など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承認の欄（回付の順）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部署・役職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氏名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判断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意見・条件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印</w:t>
            </w: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決裁の権限（いくらから誰が決めるか）と回付の順は、会社の規程（職務権限規程など）に従ってください。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稟議書</dc:title>
  <dc:subject/>
  <dc:creator>おまかせレポート</dc:creator>
  <cp:keywords/>
  <dc:description/>
  <cp:lastModifiedBy>おまかせレポート</cp:lastModifiedBy>
  <cp:revision>1</cp:revision>
  <dcterms:created xsi:type="dcterms:W3CDTF">2026-11-03T17:02:26Z</dcterms:created>
  <dcterms:modified xsi:type="dcterms:W3CDTF">2026-11-03T17:02:26Z</dcterms:modified>
  <cp:category/>
</cp:coreProperties>
</file>