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稟議書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R-2611-007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2026年11月9日（月）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決裁希望日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2026年11月13日（金）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業務管理課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山本 一郎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点検用のタブレット端末8台の購入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備品の購入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金額（税込）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675,664円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申請の内容（何を・いくらで・いつ）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点検用のタブレット端末8台と保護ケースを、B社から購入します。初期設定（共有フォルダとの連携、紛失したときの遠隔消去）まで含めて、金額は675,664円（税込）です。11月20日に納品を受け、12月1日の点検から使い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理由・目的（今の課題と、なぜ今か）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・点検の写真は、今は担当者8名が個人のスマートフォンで撮っています。お客様の建物の写真が、個人の端末に残っています。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・点検報告書1件の作成に平均74分かかり、そのうち31分が写真の整理です（10月の調査）。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・会社の端末で撮れば、写真が「物件名_項目_番号」の名前で共有フォルダに上がるように設定でき、整理の時間を減らせます。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金額の内訳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品名・内容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単価（円）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タブレット端末（10.9インチ・128GB）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68,800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550,400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保護ケース（耐衝撃・ストラップつき）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4,980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39,840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初期設定（共有フォルダとの連携・遠隔消去の設定）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24,000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小計（税抜）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614,240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消費税（1円未満は切り捨て）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税率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61,424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合計（税込）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675,664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Word 版には数式がないので、金額（数量×単価）・小計・消費税・合計は、計算して書き入れます（Excel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消費税は、小計×税率（1円未満は切り捨て）です。見積書の消費税と合わないときは、見積書の額に合わせてください。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比べた案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取引先・内容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金額（税抜・円）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最も安い案との差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よい点・気になる点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採用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A社（家電量販店の法人窓口）：同じ機種・ケース。設定は自社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590,240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最も安い。8台の設定に、社内で約2日かかる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B社（事務機器の販売店）：同じ機種・ケース、初期設定つき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614,240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+24,000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設定まで任せられ、11月20日に納品できる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○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C社（事務機器の販売店）：256GBの機種・ケース、初期設定つき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742,240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+152,000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容量に余裕はあるが、今の写真の量には大きすぎる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最も安い案との差は、その案の金額から、いちばん安い案の金額を引いて書きます。</w:t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選んだ理由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B案はA案より24,000円（税抜）高くなりますが、初期設定まで任せられます。A案では設定に約2日かかり、12月1日に間に合わないおそれがあります。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効果とリスク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期待する効果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写真の整理を1件31分から15分にし、点検報告書の作成を1件65分以内にします（12月の調査で確かめます）。お客様の写真が、個人の端末に残らなくなります。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リスクと対策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落としたときの破損には、耐衝撃のケースで備えます。紛失に備えて遠隔で消去できるように設定し、端末ごとに使う人を台帳で決めます。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見送った場合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個人のスマートフォンでの撮影が続き、写真の整理の時間も減りません。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日程・支払い・予算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発注日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2026年11月16日（月）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納品日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2026年11月20日（金）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使い始め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2026年12月1日（火）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支払い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納品の翌月末に振込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予算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予算内（設備管理部の2026年度の機器の予算）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添付資料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見積書3通（A社・B社・C社）、機種の仕様書、端末の管理台帳の案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承認の欄（回付の順）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部署・役職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氏名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判断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意見・条件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印</w:t>
            </w: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業務管理課 課長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森 健太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11/9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設備管理部 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田中 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11/10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12月に調査の結果を報告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総務部 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石井 美穂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11/11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条件付き承認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納品までに管理台帳を作る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経理部 課長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村上 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11/12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取締役（決裁者）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小野 誠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11/13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決裁の権限（いくらから誰が決めるか）と回付の順は、会社の規程（職務権限規程など）に従ってください。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</dc:title>
  <dc:subject/>
  <dc:creator>おまかせレポート</dc:creator>
  <cp:keywords/>
  <dc:description/>
  <cp:lastModifiedBy>おまかせレポート</cp:lastModifiedBy>
  <cp:revision>1</cp:revision>
  <dcterms:created xsi:type="dcterms:W3CDTF">2026-11-03T17:02:26Z</dcterms:created>
  <dcterms:modified xsi:type="dcterms:W3CDTF">2026-11-03T17:02:26Z</dcterms:modified>
  <cp:category/>
</cp:coreProperties>
</file>