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8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40" w:lineRule="exact"/>
              <w:jc w:val="left"/>
              <w:rPr>
                <w:b/>
                <w:bCs/>
                <w:color w:val="1F3A5F"/>
                <w:sz w:val="36"/>
                <w:szCs w:val="36"/>
              </w:rPr>
            </w:pPr>
            <w:r>
              <w:rPr>
                <w:b/>
                <w:bCs/>
                <w:color w:val="1F3A5F"/>
                <w:sz w:val="36"/>
                <w:szCs w:val="36"/>
              </w:rPr>
              <w:t xml:space="preserve">調査報告書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件名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何を調べた報告か（例：〇〇アンケートの結果（〇〇〇〇年〇月））</w:t>
                </w:r>
              </w:p>
            </w:sdtContent>
          </w:sdt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調査の期間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調査の期間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〇〇〇〇年〇月〇日〜〇月〇日</w:t>
                </w:r>
              </w:p>
            </w:sdtContent>
          </w:sdt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1. 結論（要旨）</w:t>
            </w:r>
          </w:p>
        </w:tc>
      </w:tr>
      <w:tr>
        <w:trPr>
          <w:trHeight w:val="94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結論（要旨）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調べてわかったことと、提案を先に1〜3行で書きます。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例：〇〇は△△%で、前回より□pt下がりました。△△を提案します。</w:t>
                </w:r>
              </w:p>
            </w:sdtContent>
          </w:sdt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2. 調査の目的</w:t>
            </w:r>
          </w:p>
        </w:tc>
      </w:tr>
      <w:tr>
        <w:trPr>
          <w:trHeight w:val="6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調査の目的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何を決めるために調べたのかを書きます（例：〇〇を続けるかを決めるため）。</w:t>
                </w:r>
              </w:p>
            </w:sdtContent>
          </w:sdt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3. 調査の方法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調査の対象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調査の対象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誰（何）を、いつの時点で、どれだけ調べたか</w:t>
                </w:r>
              </w:p>
            </w:sdtContent>
          </w:sdt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調査の方法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調査の方法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Webアンケート・聞き取り・資料の調査など。設問の数も</w:t>
                </w:r>
              </w:p>
            </w:sdtContent>
          </w:sdt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比べる調査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比べる調査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前回の調査や、比べる相手。ないときは「なし」</w:t>
                </w:r>
              </w:p>
            </w:sdtContent>
          </w:sdt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対象の数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回答の数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回収率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4. 結果（主な数字）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今回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前回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差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メモ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今回・前回には率（%）を入れます。差＝今回−前回（pt）。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回収率＝回答の数÷対象の数。設問ごとの回答数・割合・グラフは、Excel 版の「結果の集計」のシートで作り、別紙として付けます。</w:t>
      </w: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5. 考察（結果からわかること）</w:t>
            </w:r>
          </w:p>
        </w:tc>
      </w:tr>
      <w:tr>
        <w:trPr>
          <w:trHeight w:val="94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考察（結果からわかること）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結果の数字からわかったこと（事実）と、考えられる理由（推測）を分けて書きます。</w:t>
                </w:r>
              </w:p>
            </w:sdtContent>
          </w:sdt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6. 提案・今後の対応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対応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7. この調査でわからないこと（注意点）</w:t>
            </w:r>
          </w:p>
        </w:tc>
      </w:tr>
      <w:tr>
        <w:trPr>
          <w:trHeight w:val="94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この調査でわからないこと（注意点）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この調査では確かめられないこと（答えなかった人の考え、因果関係など）を書きます。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bottom"/>
          </w:tcPr>
          <w:p>
            <w:pPr>
              <w:keepNext/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作成</w:t>
            </w:r>
          </w:p>
        </w:tc>
      </w:tr>
      <w:tr>
        <w:trPr>
          <w:cantSplit/>
          <w:trHeight w:val="64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調査報告書</dc:title>
  <dc:subject/>
  <dc:creator>おまかせレポート</dc:creator>
  <cp:keywords/>
  <dc:description/>
  <cp:lastModifiedBy>おまかせレポート</cp:lastModifiedBy>
  <cp:revision>1</cp:revision>
  <dcterms:created xsi:type="dcterms:W3CDTF">2026-11-03T14:22:47Z</dcterms:created>
  <dcterms:modified xsi:type="dcterms:W3CDTF">2026-11-03T14:22:47Z</dcterms:modified>
  <cp:category/>
</cp:coreProperties>
</file>