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進捗報告書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第　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先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〇〇部 〇〇様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者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〇〇（役割）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案件名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案件名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案件の名前（例：〇〇の導入・〇〇のリニューアル）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区分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週次・月次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期間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〇〇〇〇年〇月〇日〜〇月〇日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基準日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基準日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全体の期間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次回の報告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全体の状況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予定の進捗率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実績の進捗率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判定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遅れ・やや遅れ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完了したタスク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全体の進捗率は、タスクごとの進捗率を重み（人日）で平均したものです。Word 版には数式がないので、最後のページの表から計算して書き入れます（Excel 版は数式で出ます）。</w:t>
      </w:r>
    </w:p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結論（3行で）</w:t>
            </w:r>
          </w:p>
        </w:tc>
      </w:tr>
      <w:tr>
        <w:trPr>
          <w:trHeight w:val="12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結論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1行に1つずつ、3行で書きます。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① 全体の進捗率（予定と実績）と判定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② 遅れの原因（遅れがなければ、予定どおりの根拠）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③ 期限に間に合うか。間に合わせるための条件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今週の実施内容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実施した内容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結果・累計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遅れ・課題と対応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影響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来週（次回まで）の予定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ご確認・お願い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お願いしたいこと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状況は、済・対応中・未着手のどれかを書きます。タスクごとの予定と実績は、次の別紙に書きます。</w:t>
      </w:r>
    </w:p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別紙　タスクの進捗（基準日の時点）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タスク（数える単位）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終了</w:t>
            </w:r>
          </w:p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判定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全体（重みで平均）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予定＝基準日までに終える予定だった量÷全体の量、実績＝終えた量÷全体の量。差＝実績−予定（pt）。差が−10pt以下なら遅れ、0より小さく−10ptより大きければやや遅れ。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進捗報告書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2026-11-03T14:36:03Z</dcterms:created>
  <dcterms:modified xsi:type="dcterms:W3CDTF">2026-11-03T14:36:03Z</dcterms:modified>
  <cp:category/>
</cp:coreProperties>
</file>