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ヒヤリハット報告書（社内用）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18"/>
                <w:szCs w:val="18"/>
              </w:rPr>
            </w:pPr>
            <w:r>
              <w:rPr>
                <w:b/>
                <w:bCs/>
                <w:color w:val="1F3A5F"/>
                <w:sz w:val="18"/>
                <w:szCs w:val="18"/>
              </w:rPr>
              <w:t xml:space="preserve">このテンプレートは社内の報告用です。役所への報告（労働基準監督署への労働者死傷病報告など）が要るときは、その役所の様式で別に出してください。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報告日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報告者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所属・氏名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発生日時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日時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〇月〇日（〇）〇:〇〇ごろ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場所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事務所・倉庫・車両・店舗など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種類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転倒・落下物・激突など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くわしい場所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くわしい場所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建物・部屋・棚の列など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ヒヤリ・ハッとしたこと</w:t>
            </w:r>
          </w:p>
        </w:tc>
      </w:tr>
      <w:tr>
        <w:trPr>
          <w:cantSplit/>
          <w:trHeight w:val="68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何をしていたとき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何をしていたとき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どんな作業を、何を使って、どんな姿勢でしていたか</w:t>
                </w:r>
              </w:p>
            </w:sdtContent>
          </w:sdt>
        </w:tc>
      </w:tr>
      <w:tr>
        <w:trPr>
          <w:cantSplit/>
          <w:trHeight w:val="68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何が起きそうになったか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何が起きそうになったか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何が、どうなりそうになったかを、見たとおりに</w:t>
                </w:r>
              </w:p>
            </w:sdtContent>
          </w:sdt>
        </w:tc>
      </w:tr>
      <w:tr>
        <w:trPr>
          <w:cantSplit/>
          <w:trHeight w:val="68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なぜ起きそうになったか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なぜ起きそうになったか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物の置き方、場所の明るさ・広さ、手順、急いでいたかなど、思い当たること</w:t>
                </w:r>
              </w:p>
            </w:sdtContent>
          </w:sdt>
        </w:tc>
      </w:tr>
      <w:tr>
        <w:trPr>
          <w:cantSplit/>
          <w:trHeight w:val="68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起きていたらどうなったか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起きていたらどうなったか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そのまま起きていたら、どうなっていたか</w:t>
                </w:r>
              </w:p>
            </w:sdtContent>
          </w:sdt>
        </w:tc>
      </w:tr>
      <w:tr>
        <w:trPr>
          <w:cantSplit/>
          <w:trHeight w:val="68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対策の案（自分で・職場で）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対策の案（自分で・職場で）"/>
              <w:id w:val="4101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自分で気をつけること、職場で変えてほしいこと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職場の対策（上司が書く）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</w:tr>
      <w:tr>
        <w:trPr>
          <w:cantSplit/>
          <w:trHeight w:val="42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上司のコメント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3. 上司のコメント"/>
              <w:id w:val="4101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上司が書きます。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報告者</w:t>
            </w:r>
          </w:p>
        </w:tc>
      </w:tr>
      <w:tr>
        <w:trPr>
          <w:cantSplit/>
          <w:trHeight w:val="72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場所・種類・状況は、それぞれの欄の案内の中から書きます。けがや物の損害があったときは、事故報告書を使います。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ヒヤリハット報告書（社内用）</dc:title>
  <dc:subject/>
  <dc:creator>おまかせレポート</dc:creator>
  <cp:keywords/>
  <dc:description/>
  <cp:lastModifiedBy>おまかせレポート</cp:lastModifiedBy>
  <cp:revision>1</cp:revision>
  <dcterms:created xsi:type="dcterms:W3CDTF">2026-11-03T14:24:20Z</dcterms:created>
  <dcterms:modified xsi:type="dcterms:W3CDTF">2026-11-03T14:24:20Z</dcterms:modified>
  <cp:category/>
</cp:coreProperties>
</file>