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ヒヤリハット報告書（社内用）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 HH-2610-06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18"/>
                <w:szCs w:val="18"/>
              </w:rPr>
            </w:pPr>
            <w:r>
              <w:rPr>
                <w:b/>
                <w:bCs/>
                <w:color w:val="1F3A5F"/>
                <w:sz w:val="18"/>
                <w:szCs w:val="18"/>
              </w:rPr>
              <w:t xml:space="preserve">このテンプレートは社内の報告用です。役所への報告（労働基準監督署への労働者死傷病報告など）が要るときは、その役所の様式で別に出してください。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2026年10月14日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倉庫課 佐々木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発生日時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10月14日（水）10:20ごろ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倉庫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種類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落下物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くわしい場所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第2倉庫 C列の棚の上の段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ヒヤリ・ハッとしたこと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何をしていたとき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棚の上の段（高さ約1.8m）から、出荷する段ボール箱（約8kg）を下ろしていた。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何が起きそうになったか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箱を手前に引いたとき、上に重ねていた別の箱が一緒に滑り、顔の前に落ちてきた。とっさに手で押さえ、床には落ちなかった。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なぜ起きそうになったか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上の段に箱を2つ重ねて置いていた。脚立を使わず、背伸びをして箱を引いた。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起きていたらどうなったか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箱が頭や顔に当たっていたかもしれない。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対策の案（自分で・職場で）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上の段には箱を重ねて置かない。上の段の箱を下ろすときは、脚立を使う。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職場の対策（上司が書く）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対策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状況</w:t>
            </w: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上の段に「重ねて置かない」の表示を貼る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倉庫課 主任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10/16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対応済み</w:t>
            </w: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通路ごとに脚立を1台ずつ置く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倉庫課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10/23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対応済み</w:t>
            </w: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朝礼で、この報告を全員に共有する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倉庫課 主任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10/15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対応済み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上司のコメント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報告ありがとう。ほかの棚にも重ね置きがないか、10月16日に全員で見回りました。（倉庫課 主任 大野）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報告者</w:t>
            </w:r>
          </w:p>
        </w:tc>
      </w:tr>
      <w:tr>
        <w:trPr>
          <w:cantSplit/>
          <w:trHeight w:val="72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場所・種類・状況は、それぞれの欄の案内の中から書きます。けがや物の損害があったときは、事故報告書を使います。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ヒヤリハット報告書（社内用）</dc:title>
  <dc:subject/>
  <dc:creator>おまかせレポート</dc:creator>
  <cp:keywords/>
  <dc:description/>
  <cp:lastModifiedBy>おまかせレポート</cp:lastModifiedBy>
  <cp:revision>1</cp:revision>
  <dcterms:created xsi:type="dcterms:W3CDTF">2026-11-03T14:24:20Z</dcterms:created>
  <dcterms:modified xsi:type="dcterms:W3CDTF">2026-11-03T14:24:20Z</dcterms:modified>
  <cp:category/>
</cp:coreProperties>
</file>