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議事録（簡易版：決まったことと宿題）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会議名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会議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〇〇部 定例会議（〇月）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日時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〇〇〇〇年〇月〇日（〇）〇:〇〇〜〇:〇〇</w:t>
                </w:r>
              </w:p>
            </w:sdtContent>
          </w:sdt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場所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会議室・オンライン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出席者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出席者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議長に（議長）と付け、所属・名前を並べる</w:t>
                </w:r>
              </w:p>
            </w:sdtContent>
          </w:sdt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記録者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記録者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議事録を書いた人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決まったこと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9141" w:type="dxa"/>
            <w:gridSpan w:val="11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決まったこと</w:t>
            </w: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9141" w:type="dxa"/>
            <w:gridSpan w:val="11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9141" w:type="dxa"/>
            <w:gridSpan w:val="11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9141" w:type="dxa"/>
            <w:gridSpan w:val="11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9141" w:type="dxa"/>
            <w:gridSpan w:val="11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9141" w:type="dxa"/>
            <w:gridSpan w:val="11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宿題（誰が・何を・いつまでに）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宿題（何を・どこまで）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次回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日時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〇〇〇〇年〇月〇日（〇）〇:〇〇〜〇:〇〇</w:t>
                </w:r>
              </w:p>
            </w:sdtContent>
          </w:sdt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場所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会議室・オンライン</w:t>
                </w:r>
              </w:p>
            </w:sdtContent>
          </w:sdt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話し合いの経緯や、決まらなかったことも残すときは、定例会議の型を使います。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議事録（簡易版）</dc:title>
  <dc:subject/>
  <dc:creator>おまかせレポート</dc:creator>
  <cp:keywords/>
  <dc:description/>
  <cp:lastModifiedBy>おまかせレポート</cp:lastModifiedBy>
  <cp:revision>1</cp:revision>
  <dcterms:created xsi:type="dcterms:W3CDTF">2026-11-03T15:04:46Z</dcterms:created>
  <dcterms:modified xsi:type="dcterms:W3CDTF">2026-11-03T15:04:46Z</dcterms:modified>
  <cp:category/>
</cp:coreProperties>
</file>