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議事録（簡易版：決まったことと宿題）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会議名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サポート運用部 運用会議（10月）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2026年10月14日（水）15:00〜15:30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3F 会議室B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出席者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木村部長、リーダー 森田・石井・上野・原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記録者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森田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決まったこと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9141" w:type="dxa"/>
            <w:gridSpan w:val="11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決まったこと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9141" w:type="dxa"/>
            <w:gridSpan w:val="11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第2チームで使い始めた応対のチェックシート（8項目）を、11月から全チームで使う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9141" w:type="dxa"/>
            <w:gridSpan w:val="11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評価の記録は、チームごとの表をやめ、部で1つの表にまとめる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9141" w:type="dxa"/>
            <w:gridSpan w:val="11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11月の運用会議で、各チームの評価にかかった時間を持ち寄る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宿題（誰が・何を・いつまでに）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宿題（何を・どこまで）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チェックシート（8項目）と使い方の説明を、共有フォルダに置く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森田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10月16日（金）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部で1つの評価の記録の表を作る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石井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10月23日（金）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自分のチームで10月中に5件ずつチェックシートで評価し、かかった時間を森田に送る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リーダー全員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10月30日（金）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次回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2026年11月11日（水）15:00〜15:30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3F 会議室B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話し合いの経緯や、決まらなかったことも残すときは、定例会議の型を使います。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議事録（簡易版）</dc:title>
  <dc:subject/>
  <dc:creator>おまかせレポート</dc:creator>
  <cp:keywords/>
  <dc:description/>
  <cp:lastModifiedBy>おまかせレポート</cp:lastModifiedBy>
  <cp:revision>1</cp:revision>
  <dcterms:created xsi:type="dcterms:W3CDTF">2026-11-03T15:04:46Z</dcterms:created>
  <dcterms:modified xsi:type="dcterms:W3CDTF">2026-11-03T15:04:46Z</dcterms:modified>
  <cp:category/>
</cp:coreProperties>
</file>