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議事録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第　　回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会議名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議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〇〇部 定例会議（〇月）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出席者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議長に（議長）と付け、所属・名前を並べる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欠席者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欠席者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名前（理由）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記録者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記録者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議事録を書いた人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決まったことは「〜する」と言い切りで書きます。決まらなかったことは、議題ごとの記録に「継続」と書きます。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宿題（ToDo：誰が・何を・いつまでに）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前回までの宿題の確認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前回までの宿題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状況は、未着手・対応中・完了・取りやめのどれかを書きます。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Excel 版の「宿題の一覧」を使うと、会議をまたいで宿題の期限切れを確かめられます。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議題ごとの記録（話し合ったことの要点）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議題（説明した人）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報告・話し合ったこと（要点）</w:t>
            </w: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次回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予定の議題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予定の議題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次回に話し合うこと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議事録（社内の定例会議）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2026-11-03T15:04:45Z</dcterms:created>
  <dcterms:modified xsi:type="dcterms:W3CDTF">2026-11-03T15:04:45Z</dcterms:modified>
  <cp:category/>
</cp:coreProperties>
</file>