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議事録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第8回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会議名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設備管理部 定例会議（11月）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日時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2026年11月2日（月）16:00〜17:00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本社 3F 会議室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出席者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田中部長（議長）、業務管理課 山本、設備管理課 佐々木・小林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欠席者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中島（現場の対応のため）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記録者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設備管理課 小林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決まったこと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決まったこと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議題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11月16日（月）の点検から、写真のファイル名を「物件名_項目_番号」にそろえる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月末に点検が集中する3物件は、点検日を中旬に移せるかを管理会社に相談する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写真の多い2物件の報告書の作成を外部に任せる件は、見積りを取ってから12月の定例で決める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12月の点検は、12月25日（金）までに終える日程で組む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決まったことは「〜する」と言い切りで書きます。決まらなかったことは、議題ごとの記録に「継続」と書きます。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宿題（ToDo：誰が・何を・いつまでに）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宿題（何を・どこまで）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議題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写真のファイル名の決まりの説明書きを作り、全員に配る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山本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11月13日（金）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点検日を中旬に移せるかを、3物件の管理会社に相談する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佐々木・小林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11月30日（月）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外部に任せるときの見積りを、2社から取る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山本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11月27日（金）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12月の点検の日程の案を作る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佐々木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11月20日（金）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5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12月にも同じ調査をして、作成時間が減ったかを確かめる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山本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12月25日（金）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前回までの宿題の確認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前回までの宿題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状況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メモ</w:t>
            </w: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10月の点検報告書の作成時間を調べる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山本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11月2日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完了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議題2で報告</w:t>
            </w: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脚立2台の買い替えの見積りを取る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小林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10月16日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完了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10/15に提出</w:t>
            </w: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北町の物件の鍵の預かり書を作り直す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佐々木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10月23日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対応中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期限切れ。11/6に終える</w:t>
            </w: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倉庫の掲示（脚立の使い方）を貼り替える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小林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11月5日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対応中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状況は、未着手・対応中・完了・取りやめのどれかを書きます。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Excel 版の「宿題の一覧」を使うと、会議をまたいで宿題の期限切れを確かめられます。</w:t>
      </w:r>
    </w:p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議題ごとの記録（話し合ったことの要点）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議題（説明した人）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報告・話し合ったこと（要点）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1. 10月の点検の実績（佐々木）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点検報告書は42件。期限を過ぎて出した報告書が6件あり、6件とも月末に点検した物件だった。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2. 点検報告書の作成時間の調査（山本）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1件あたり平均74分で、4月の調査（68分）より6分長い。増えたのは写真の整理（24分→31分）。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・写真のファイル名がばらばらで、どの項目の写真かを探すのに時間がかかっている（小林）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・外部に任せる件は、費用を見てから決めたい（田中部長）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3. 12月の点検の予定（佐々木）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年末の休みの前に終えてほしいという物件が多い。12月25日までに終える日程で組む。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次回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日時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2026年12月7日（月）16:00〜17:00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本社 3F 会議室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予定の議題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11月の点検の実績、写真のファイル名の決まりを使ってみた結果、外部に任せる件（見積り）、12月の点検の日程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6648" w:type="dxa"/>
            <w:gridSpan w:val="8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作成</w:t>
            </w:r>
          </w:p>
        </w:tc>
      </w:tr>
      <w:tr>
        <w:trPr>
          <w:cantSplit/>
          <w:trHeight w:val="1080" w:hRule="atLeast"/>
        </w:trPr>
        <w:tc>
          <w:tcPr>
            <w:tcW w:w="6648" w:type="dxa"/>
            <w:gridSpan w:val="8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議事録（社内の定例会議）</dc:title>
  <dc:subject/>
  <dc:creator>おまかせレポート</dc:creator>
  <cp:keywords/>
  <dc:description/>
  <cp:lastModifiedBy>おまかせレポート</cp:lastModifiedBy>
  <cp:revision>1</cp:revision>
  <dcterms:created xsi:type="dcterms:W3CDTF">2026-11-03T15:04:46Z</dcterms:created>
  <dcterms:modified xsi:type="dcterms:W3CDTF">2026-11-03T15:04:46Z</dcterms:modified>
  <cp:category/>
</cp:coreProperties>
</file>