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打ち合わせ議事録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作成日：　　年　月　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件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案件名と会の名前（例：〇〇の導入 第〇回 定例会議）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会議室・オンライン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出席者（貴社）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出席者（貴社）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〇〇株式会社 〇〇部 〇〇様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出席者（当社）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出席者（当社）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名前（役割）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作成者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作成者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会社名・名前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本日の打ち合わせの内容を、下記のとおりまとめました。内容に違いがありましたら、〇月〇日までにご連絡ください。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決まったこと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決まったこと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宿題（ToDo：誰が・何を・いつまでに）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宿題（何を・どこまで）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会社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会社の欄には、貴社・当社のどちらかを書きます。宿題は、相手の会社の分も同じ表に書きます。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決まっていないこと（持ち帰り）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決まっていないこと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いつ・誰が決めるか</w:t>
            </w:r>
          </w:p>
        </w:tc>
      </w:tr>
      <w:tr>
        <w:trPr>
          <w:cantSplit/>
          <w:trHeight w:val="44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議題ごとの記録（話し合ったことの要点）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議題（説明した人）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報告・話し合ったこと（要点）</w:t>
            </w: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100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次回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</w:t>
                </w:r>
              </w:p>
            </w:sdtContent>
          </w:sdt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場所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会議室・オンライン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予定の議題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予定の議題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次回に話し合うこと</w:t>
                </w:r>
              </w:p>
            </w:sdtContent>
          </w:sdt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議事録（取引先との打ち合わせ）</dc:title>
  <dc:subject/>
  <dc:creator>おまかせレポート</dc:creator>
  <cp:keywords/>
  <dc:description/>
  <cp:lastModifiedBy>おまかせレポート</cp:lastModifiedBy>
  <cp:revision>1</cp:revision>
  <dcterms:created xsi:type="dcterms:W3CDTF">2026-11-03T15:04:46Z</dcterms:created>
  <dcterms:modified xsi:type="dcterms:W3CDTF">2026-11-03T15:04:46Z</dcterms:modified>
  <cp:category/>
</cp:coreProperties>
</file>