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打ち合わせ議事録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作成日：2026年10月28日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件名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コーポレートサイトのリニューアル 第5回 定例会議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日時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2026年10月28日（水）10:00〜10:30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場所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オンライン（ビデオ会議）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出席者（貴社）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株式会社つばめ運輸 総務部 中村様、大野様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出席者（当社）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株式会社ことのは制作 西田（ディレクター）、川口（デザイナー）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作成者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ことのは制作 西田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bottom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本日の打ち合わせの内容を、下記のとおりまとめました。内容に違いがありましたら、10月30日（金）までにご連絡ください。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決まったこと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決まったこと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議題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お問い合わせフォームの項目は、10月21日にお出しした案の8項目で確定する。電話番号は入力を任意にする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残りの原稿・写真（11ページ分）は、11月6日（金）までにいただく。この日を過ぎると、12月10日の公開に響く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採用情報の3ページは、当社が原稿の案を作り、貴社に赤字を入れていただく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宿題（ToDo：誰が・何を・いつまでに）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宿題（何を・どこまで）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会社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残り11ページの一覧と、要る写真のリストを送る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当社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西田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10月29日（木）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採用情報の3ページの原稿の案を送る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当社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西田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11月4日（水）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お知らせ記事の移し方の2案と、それぞれの工数をまとめる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当社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西田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11月4日（水）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4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サービス紹介のページのデザインを確認する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貴社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大野様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11月4日（水）</w:t>
            </w:r>
          </w:p>
        </w:tc>
      </w:tr>
      <w:tr>
        <w:trPr>
          <w:cantSplit/>
          <w:trHeight w:val="360" w:hRule="atLeast"/>
        </w:trPr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5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残り11ページの原稿・写真を送る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貴社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中村様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11月6日（金）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会社の欄には、貴社・当社のどちらかを書きます。宿題は、相手の会社の分も同じ表に書きます。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決まっていないこと（持ち帰り）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決まっていないこと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いつ・誰が決めるか</w:t>
            </w:r>
          </w:p>
        </w:tc>
      </w:tr>
      <w:tr>
        <w:trPr>
          <w:cantSplit/>
          <w:trHeight w:val="360" w:hRule="atLeast"/>
        </w:trPr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旧サイトのお知らせ記事（約180件）を、新しいサイトにどこまで移すか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11月4日の定例で、当社が全部移す案と直近2年分の案の工数をお出しし、貴社で11月11日（水）までにご判断いただく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議題ごとの記録（話し合ったことの要点）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議題（説明した人）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報告・話し合ったこと（要点）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1. 進み具合（西田）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デザインとページの制作は予定どおり。原稿・写真のご提供が予定より遅れていて、残りは11ページ。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2. お問い合わせフォーム（川口）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10月21日の案（8項目）で確定。電話番号は、入力を任意にする。</w:t>
            </w:r>
          </w:p>
        </w:tc>
      </w:tr>
      <w:tr>
        <w:trPr>
          <w:cantSplit/>
          <w:trHeight w:val="36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3. お知らせ記事の移し方（西田）</w:t>
            </w:r>
          </w:p>
        </w:tc>
        <w:tc>
          <w:tcPr>
            <w:tcW w:w="7479" w:type="dxa"/>
            <w:gridSpan w:val="9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旧サイトのお知らせ記事は約180件。移す件数によって、制作の日数が2〜5日変わる。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次回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日時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2026年11月4日（水）10:00〜10:30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場所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オンライン（ビデオ会議）</w:t>
            </w:r>
          </w:p>
        </w:tc>
      </w:tr>
      <w:tr>
        <w:trPr>
          <w:cantSplit/>
          <w:trHeight w:val="36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予定の議題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進み具合、お知らせ記事の移し方の2案、採用情報の原稿の案</w:t>
            </w:r>
          </w:p>
        </w:tc>
      </w:tr>
      <w:tr>
        <w:trPr>
          <w:cantSplit/>
          <w:trHeight w:val="360" w:hRule="atLeast"/>
        </w:trPr>
        <w:tc>
          <w:tcPr>
            <w:tcW w:w="9972" w:type="dxa"/>
            <w:gridSpan w:val="12"/>
            <w:vAlign w:val="bottom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以上</w:t>
            </w: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議事録（取引先との打ち合わせ）</dc:title>
  <dc:subject/>
  <dc:creator>おまかせレポート</dc:creator>
  <cp:keywords/>
  <dc:description/>
  <cp:lastModifiedBy>おまかせレポート</cp:lastModifiedBy>
  <cp:revision>1</cp:revision>
  <dcterms:created xsi:type="dcterms:W3CDTF">2026-11-03T15:04:46Z</dcterms:created>
  <dcterms:modified xsi:type="dcterms:W3CDTF">2026-11-03T15:04:46Z</dcterms:modified>
  <cp:category/>
</cp:coreProperties>
</file>