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手順書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　　　第　版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手順書の名前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手順書の名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何をする手順か（例：〇〇を作る（毎月））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部署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この手順書を持つ部署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担当（主・副）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担当（主・副）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主に使う人と、代わりにできる人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作った人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作った人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名前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承認した人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承認した人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この手順でよいと確かめた人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作った日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作った日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最終更新日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最終更新日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いちばん新しい版の日付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目的（この手順書でできること）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目的（この手順書でできること）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この手順書で何ができるかと、いつまでに・誰に出すものかを2〜3行で書きます。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人がすることと、仕組みが自動ですることを分けて書くと、読む人が全体をつかめます。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対象（読む人・使う日・かかる時間）</w:t>
            </w: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読む人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読む人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この手順書を使う人と、前提にしている知識（例：Excel で保存ができる人）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使う日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使う日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毎月〇日、〇〇のとき など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かかる時間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かかる時間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約〇分（いちばん時間がかかる手順も書く）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締切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締切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いつまでに終えるか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前提・用意するもの</w:t>
            </w: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使うもの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使うもの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パソコン・ソフト・道具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ファイルの場所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ファイルの場所"/>
              <w:id w:val="4101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フォルダとファイルの名前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権限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権限"/>
              <w:id w:val="4101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要るアカウント・権限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元データ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元データ"/>
              <w:id w:val="4101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どこから、どんな形で受け取るか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手順（1つの手順に1つの操作）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操作（何を・どこで・どうする）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画面の写真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確認すること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1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17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2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18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3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19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4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20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21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6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id w:val="41022"/>
              <w:showingPlcHdr/>
            </w:sdtPr>
            <w:sdtContent>
              <w:p>
                <w:pPr>
                  <w:spacing w:before="0" w:after="0" w:line="240" w:lineRule="auto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（ここに画面の写真を貼る）</w:t>
                </w:r>
              </w:p>
            </w:sdtContent>
          </w:sdt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1つの手順には1つの操作だけを書きます。押すところは、画面の写真に赤い枠で囲みます。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画面の写真は、写真の欄を選んで［挿入］→［画像］で貼り、欄の大きさに縮めます。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困ったとき（エラーが出た・止まった）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起きたこと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考えられる原因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直し方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7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直らないとき・連絡先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直らないとき・連絡先"/>
              <w:id w:val="4102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上の表で直らないときに、誰に知らせ、今回分をどう作るか。仕組みを直せる人の連絡先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改訂の履歴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変えたところ・理由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変えた人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手順書</dc:title>
  <dc:subject/>
  <dc:creator>おまかせレポート</dc:creator>
  <cp:keywords/>
  <dc:description/>
  <cp:lastModifiedBy>おまかせレポート</cp:lastModifiedBy>
  <cp:revision>1</cp:revision>
  <dcterms:created xsi:type="dcterms:W3CDTF">2026-11-03T17:27:33Z</dcterms:created>
  <dcterms:modified xsi:type="dcterms:W3CDTF">2026-11-03T17:27:33Z</dcterms:modified>
  <cp:category/>
</cp:coreProperties>
</file>