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手順書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店運-07　第3版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手順書の名前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店舗別の月次売上報告を作る（毎月）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部署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店舗運営部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担当（主・副）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中村・小川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作った人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中村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承認した人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店舗運営部長 木下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作った日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2024年4月1日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最終更新日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2026年10月7日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目的（この手順書でできること）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毎月の店舗別の月次売上報告（7ページ・PDF）を、翌月5営業日目までに加盟店と経営会議に出すための手順です。集計とグラフは Excel のブックが［すべて更新］で作り直すので、人がするのは、元データを入れる・数字を確かめる・所見を書く・PDF にして置く、の4つです。担当が替わっても、この手順書だけで1か月分を作れるように書いています。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対象（読む人・使う日・かかる時間）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読む人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月次売上報告の担当（主：中村、副：小川）。Excel でシートを切り替え、保存ができる人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使う日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毎月1営業日目〜5営業日目（2026年10月分は11月2日〜9日）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かかる時間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約50分（うち、所見を書く時間が約20分）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締切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毎月5営業日目の17時（2026年10月分は11月9日（月））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前提・用意するもの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使うもの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Windows の Excel（Microsoft 365）。ブックは Windows で作っています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ファイルの場所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共有ドライブ「月次報告」の「店舗別月次売上報告.xlsx」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権限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POS の管理画面のアカウント（本部の閲覧）、共有ドライブ「月次報告」の編集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元データ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POS の店舗別日報（CSV。1か月分で1ファイル）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手順（1つの手順に1つの操作）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操作（何を・どこで・どうする）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画面の写真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確認すること</w:t>
            </w:r>
          </w:p>
        </w:tc>
      </w:tr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1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POS の管理画面で［帳票］→［店舗別日報］を開き、期間を対象月の1日〜末日にして［CSVで出力］を押す。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color w:val="222222"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649994" cy="10287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-pos-385x202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994" cy="1028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ダウンロードした CSV の最初の行が1日、最後の行が末日になっている。</w:t>
            </w:r>
          </w:p>
        </w:tc>
      </w:tr>
    </w:tbl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2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CSV の名前を「2026-10_店舗別日報.csv」（年月_店舗別日報）に変え、共有ドライブの「月次報告＞元データ＞店舗別日報」に入れる。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color w:val="222222"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649994" cy="10287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-folder-385x202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994" cy="1028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同じ月のファイルが1つだけ（「(1)」の付いたコピーがない）。CSV のほかのファイルを入れていない。</w:t>
            </w:r>
          </w:p>
        </w:tc>
      </w:tr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3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ブックを開き、「集計」シートの C2 に対象月の1日を入れる（例：2026/10/1）。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color w:val="222222"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649994" cy="10287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-cell-385x20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994" cy="1028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C2 が対象月の1日になっている。ほかのセルは変えていない。</w:t>
            </w:r>
          </w:p>
        </w:tc>
      </w:tr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4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［データ］タブの［すべて更新］を押す（Ctrl＋Alt＋F5 でも同じ）。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color w:val="222222"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649994" cy="10287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-ribbon-385x202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994" cy="1028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エラーが出ずに終わる。「推移」シートの表のいちばん下の月が、対象月になっている。</w:t>
            </w:r>
          </w:p>
        </w:tc>
      </w:tr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5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「集計」シートの「突き合わせ」と、「ハイライト」シートの全店売上を見る。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color w:val="222222"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649994" cy="10287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-check-385x202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994" cy="1028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差が0.0。全店売上が POS の管理画面の月の合計と同じ（10月分は13,281万円）。</w:t>
            </w:r>
          </w:p>
        </w:tc>
      </w:tr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6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「所見」シートの本部所見を書く。前年を下回った店舗の理由と、来月の対応を書く。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color w:val="222222"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649994" cy="10287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-comment-385x202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994" cy="1028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先月の文が残っていない。前年を下回った店舗（10月分は高槻店・茨木店）の理由と対応がある。</w:t>
            </w:r>
          </w:p>
        </w:tc>
      </w:tr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7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報告書の7枚のシート（表紙〜所見）を Ctrl キーで選び、［名前を付けて保存］で PDF にする。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color w:val="222222"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649994" cy="10287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-save-385x202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994" cy="1028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PDF が7ページで、表とグラフが切れていない。保存のあと、シートのグループを解除した。</w:t>
            </w:r>
          </w:p>
        </w:tc>
      </w:tr>
    </w:tbl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180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8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部長の確認を受けてから、PDF を共有ドライブの「加盟店向け＞2026年10月」に入れる。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color w:val="222222"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649994" cy="10287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-share-385x202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994" cy="1028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部長の OK（チャット）を受けてから入れた。加盟店へのお知らせは、送る前のチェックリストで確かめてから送る。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1つの手順には1つの操作だけを書きます。押すところは、画面の写真に赤い枠で囲みます。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困ったとき（エラーが出た・止まった）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起きたこと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考えられる原因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直し方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更新が止まり、「列が見つかりませんでした」と出た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POS の CSV の列名が変わった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［クエリと接続］でクエリを右クリックして［編集］。止まった手順の列名を、CSV の新しい列名に直す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「DataSource.NotFound」と出た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フォルダの場所・名前が変わった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［データの取得］→［データ ソース設定］で、元データのフォルダを選び直す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突き合わせの差が0.0にならない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新店が店舗マスタにない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「店舗マスタ」シートに新店を1行足し、もう一度［すべて更新］を押す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全店売上が POS の合計より多い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同じ月の CSV が2つ入っている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フォルダから1つを消し、もう一度［すべて更新］を押す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直らないとき・連絡先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その日のうちに部長に知らせ、今月分は先月の PDF と同じ形で、POS の画面の数字から手で作る（手作業の手順書 店運-07-2）。仕組みを直す相談は、情報システム課（内線 210）へ。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改訂の履歴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変えたところ・理由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変えた人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第1版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2024年4月1日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作った（手作業で集計していたときの手順）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中村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第2版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2026年4月1日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ブックを［すべて更新］で作り直す形に変えたので、手順を書き直した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中村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第3版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2026年10月7日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手順5に「POS の画面の合計と比べる」を足した。9月分で同じ月の CSV が2つ入り、気づくのが遅れたため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小川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手順書</dc:title>
  <dc:subject/>
  <dc:creator>おまかせレポート</dc:creator>
  <cp:keywords/>
  <dc:description/>
  <cp:lastModifiedBy>おまかせレポート</cp:lastModifiedBy>
  <cp:revision>1</cp:revision>
  <dcterms:created xsi:type="dcterms:W3CDTF">2026-11-03T17:27:35Z</dcterms:created>
  <dcterms:modified xsi:type="dcterms:W3CDTF">2026-11-03T17:27:35Z</dcterms:modified>
  <cp:category/>
</cp:coreProperties>
</file>