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8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40" w:lineRule="exact"/>
              <w:jc w:val="left"/>
              <w:rPr>
                <w:b/>
                <w:bCs/>
                <w:color w:val="1F3A5F"/>
                <w:sz w:val="36"/>
                <w:szCs w:val="36"/>
              </w:rPr>
            </w:pPr>
            <w:r>
              <w:rPr>
                <w:b/>
                <w:bCs/>
                <w:color w:val="1F3A5F"/>
                <w:sz w:val="36"/>
                <w:szCs w:val="36"/>
              </w:rPr>
              <w:t xml:space="preserve">企画書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2609-03</w:t>
            </w:r>
          </w:p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2026年9月7日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クリスマスケーキのWeb予約を始める企画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経営会議（9月14日）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起案者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営業企画部　小川 直樹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実施の時期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2026年9月〜2027年1月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費用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243,000円（税別）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結論（この企画で決めていただきたいこと）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今年のクリスマスケーキから、電話と店頭に加えて、予約をWebでも受け付けます。費用は243,000円（税別）で、店舗の電話の受付を約80時間減らし、予約を4,250件（昨年+10%）にします。9月18日に契約すれば、11月10日の予約の受付開始に間に合います。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背景と課題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・昨年の予約3,860件のうち、2,390件（62%）が電話でした。1件 約4分で、受付に約160時間かかりました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・締め切り前の3日間は電話がつながりにくく、店長が焼成の合間に受けていました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・予約票の書き間違い・二重の予約が41件、12月24日の夕方は受け取りに最大25分お待たせしました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目的と目標</w:t>
            </w:r>
          </w:p>
        </w:tc>
      </w:tr>
    </w:tbl>
    <w:p>
      <w:pPr>
        <w:spacing w:before="40" w:after="60" w:line="280" w:lineRule="exact"/>
        <w:jc w:val="lef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目的：電話がつながらずに予約をあきらめる人を減らし、店舗の受付の手間を半分にする</w:t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昨年（2025年）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測り方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予約件数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3,860件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4,250件（+10%）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予約サービスと予約票の合計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Webの予約の割合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0%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50%（2,125件）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予約サービスの件数÷予約件数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電話の受付の時間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約160時間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約80時間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電話の予約の件数×4分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書き間違い・二重の予約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41件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10件以下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受け取りの日に店舗が記録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受け取りの待ち時間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最大25分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最大10分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12月24日の夕方に店長が測る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企画の内容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・スマホから店・受け取りの日時・ケーキを選んで、24時間予約できるようにする（まどぐち予約）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・予約すると、予約の番号と受け取りの日時が自動でメールで届く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・店ごとに予約の上限の数を決め、上限に達したら自動で締め切る。受け取りは30分ごとの枠にする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・変えないこと：電話と店頭の予約、受け取りのときの店頭でのお支払い、ケーキの種類と値段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比べた案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費用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よい点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気になる点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A案　予約サービス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243,000円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上限で自動で締め切る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準備に約6週間かかる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B案　無料のフォーム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38,000円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安く、約2週間で始められる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上限の数を数えられない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C案　今のまま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0円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準備が要らない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電話の受付が約160時間のまま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A案を選びます。B案は売り切れたあとも予約が入り、店舗が1件ずつ断りの電話をかけることになります。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スケジュール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時期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やること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9月14日・18日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経営会議で決定・予約サービスと契約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営業企画部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9月19日〜10月9日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予約ページの設定（商品・店・上限の数）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株式会社まどぐちシステム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9月28日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店長会で説明（15分）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営業企画部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10月13日〜24日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店舗でのテスト、POP・チラシの配布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全店・SV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11月10日〜12月22日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予約の受付（12月23〜25日に受け取り）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全店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1月15日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経営会議で振り返りを報告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営業企画部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7. 体制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責任者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営業企画部長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全体の進行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営業企画部　小川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予約ページの設定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株式会社まどぐちシステム（社外）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店舗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各店の店長（25店）・SV（4名）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8. 費用（税別）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内訳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予約サービスの初期費用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80,000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設定、25店の登録、操作の説明会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予約サービスの月額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125,000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2,500円×25店×2か月（11・12月）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POP・チラシの印刷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38,000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25店分（QRコード入り）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243,000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年末商戦の販促費から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9. 効果（見込み）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見込み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計算の根拠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電話の受付の時間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約80時間減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電話の予約 2,390件→1,200件、1件4分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人件費に直すと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約92,000円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80時間×時給1,150円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売上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約140万円増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予約の増加 390件×平均単価3,600円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10. お願い（決めていただきたいこと）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1. A案（予約サービス）の導入と、費用243,000円の承認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2. 9月28日の店長会で、説明の時間を15分いただくこと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3. 店ごとの予約の上限を、昨年の販売数の110%にすること（店長が10月3日までに見直せます）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bottom"/>
          </w:tcPr>
          <w:p>
            <w:pPr>
              <w:keepNext/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起案</w:t>
            </w:r>
          </w:p>
        </w:tc>
      </w:tr>
      <w:tr>
        <w:trPr>
          <w:cantSplit/>
          <w:trHeight w:val="64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企画書</dc:title>
  <dc:subject/>
  <dc:creator>おまかせレポート</dc:creator>
  <cp:keywords/>
  <dc:description/>
  <cp:lastModifiedBy>おまかせレポート</cp:lastModifiedBy>
  <cp:revision>1</cp:revision>
  <dcterms:created xsi:type="dcterms:W3CDTF">2026-11-03T17:32:19Z</dcterms:created>
  <dcterms:modified xsi:type="dcterms:W3CDTF">2026-11-03T17:32:19Z</dcterms:modified>
  <cp:category/>
</cp:coreProperties>
</file>