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障害報告書（インシデント報告書）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No.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件名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件名"/>
              <w:id w:val="4100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何が、どうなった障害・インシデントか（例：〇〇システムにログインできなかった障害）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宛先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宛先"/>
              <w:id w:val="4100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〇〇株式会社 〇〇部 〇〇様（社内なら部署と役職）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報告者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報告の段階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報告の段階"/>
              <w:id w:val="4100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第一報・続報・最終報告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種類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種類"/>
              <w:id w:val="41004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システム障害・情報セキュリティ・業務のミス・その他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重大度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重大度"/>
              <w:id w:val="41005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高・中・低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対象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対象"/>
              <w:id w:val="41006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どのシステム・サービス・業務か</w:t>
                </w:r>
              </w:p>
            </w:sdtContent>
          </w:sdt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発生した日時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発生した日時"/>
              <w:id w:val="41007"/>
              <w:showingPlcHdr/>
            </w:sdtPr>
            <w:sdtContent>
              <w:p>
                <w:pPr>
                  <w:spacing w:before="0" w:after="0" w:line="280" w:lineRule="exact"/>
                  <w:jc w:val="center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〇/〇 〇:〇〇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検知した日時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検知した日時"/>
              <w:id w:val="41008"/>
              <w:showingPlcHdr/>
            </w:sdtPr>
            <w:sdtContent>
              <w:p>
                <w:pPr>
                  <w:spacing w:before="0" w:after="0" w:line="280" w:lineRule="exact"/>
                  <w:jc w:val="center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〇/〇 〇:〇〇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復旧した日時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復旧した日時"/>
              <w:id w:val="41009"/>
              <w:showingPlcHdr/>
            </w:sdtPr>
            <w:sdtContent>
              <w:p>
                <w:pPr>
                  <w:spacing w:before="0" w:after="0" w:line="280" w:lineRule="exact"/>
                  <w:jc w:val="center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〇/〇 〇:〇〇</w:t>
                </w:r>
              </w:p>
            </w:sdtContent>
          </w:sdt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検知まで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b/>
                <w:bCs/>
                <w:color w:val="222222"/>
                <w:sz w:val="20"/>
                <w:szCs w:val="20"/>
              </w:rPr>
              <w:alias w:val="検知まで"/>
              <w:id w:val="41010"/>
              <w:showingPlcHdr/>
            </w:sdtPr>
            <w:sdtContent>
              <w:p>
                <w:pPr>
                  <w:spacing w:before="0" w:after="0" w:line="280" w:lineRule="exact"/>
                  <w:jc w:val="center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〇時間〇分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復旧まで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b/>
                <w:bCs/>
                <w:color w:val="222222"/>
                <w:sz w:val="20"/>
                <w:szCs w:val="20"/>
              </w:rPr>
              <w:alias w:val="復旧まで"/>
              <w:id w:val="41011"/>
              <w:showingPlcHdr/>
            </w:sdtPr>
            <w:sdtContent>
              <w:p>
                <w:pPr>
                  <w:spacing w:before="0" w:after="0" w:line="280" w:lineRule="exact"/>
                  <w:jc w:val="center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〇時間〇分</w:t>
                </w:r>
              </w:p>
            </w:sdtContent>
          </w:sdt>
        </w:tc>
        <w:tc>
          <w:tcPr>
            <w:tcW w:w="3324" w:type="dxa"/>
            <w:gridSpan w:val="4"/>
            <w:vAlign w:val="center"/>
          </w:tcPr>
          <w:p>
            <w:pPr>
              <w:spacing w:before="0" w:after="0" w:line="280" w:lineRule="exact"/>
              <w:jc w:val="left"/>
              <w:rPr>
                <w:color w:val="555555"/>
                <w:sz w:val="16"/>
                <w:szCs w:val="16"/>
              </w:rPr>
            </w:pPr>
            <w:r>
              <w:rPr>
                <w:color w:val="555555"/>
                <w:sz w:val="16"/>
                <w:szCs w:val="16"/>
              </w:rPr>
              <w:t xml:space="preserve">検知まで・復旧までは、日時から計算して書きます。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概要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1. 概要"/>
              <w:id w:val="4101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いつから、いつまで、何が使えなかったか（何が起きたか）と、原因、今の状態を2〜3文で書きます。データの消失・漏えいの有無も書きます。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影響の範囲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影響を受けたもの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範囲・件数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内容</w:t>
            </w:r>
          </w:p>
        </w:tc>
      </w:tr>
      <w:tr>
        <w:trPr>
          <w:cantSplit/>
          <w:trHeight w:val="42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対応の経緯（時系列）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日時</w:t>
            </w:r>
          </w:p>
        </w:tc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できごと・対応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原因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4. 原因"/>
              <w:id w:val="4101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直接の原因と、根本の原因（なぜその状態になったか）を分けて書きます。気づくのが遅れたときは、その原因も書きます。</w:t>
                </w:r>
              </w:p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まだわからないことは「調査中」と書き、いつまでに調べるかを添えます。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対策（暫定・恒久）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区分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対策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期限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状況</w:t>
            </w:r>
          </w:p>
        </w:tc>
      </w:tr>
      <w:tr>
        <w:trPr>
          <w:cantSplit/>
          <w:trHeight w:val="42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6. 残っている課題・お願い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6. 残っている課題・お願い"/>
              <w:id w:val="41014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相手に決めてほしいこと、確かめてほしいことを書きます。ないときは「特にありません」と書きます。</w:t>
                </w:r>
              </w:p>
            </w:sdtContent>
          </w:sdt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報告の段階・種類・重大度は、上の案内の中から書きます。対策の状況は、済み・対応中・未着手のどれかを書きます。表の行は、いちばん下の行の右端の欄で Tab キーを押すと足せます。</w:t>
      </w:r>
    </w:p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承認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確認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作成</w:t>
            </w:r>
          </w:p>
        </w:tc>
      </w:tr>
      <w:tr>
        <w:trPr>
          <w:cantSplit/>
          <w:trHeight w:val="72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障害報告書</dc:title>
  <dc:subject/>
  <dc:creator>おまかせレポート</dc:creator>
  <cp:keywords/>
  <dc:description/>
  <cp:lastModifiedBy>おまかせレポート</cp:lastModifiedBy>
  <cp:revision>1</cp:revision>
  <dcterms:created xsi:type="dcterms:W3CDTF">2026-11-03T15:25:58Z</dcterms:created>
  <dcterms:modified xsi:type="dcterms:W3CDTF">2026-11-03T15:25:58Z</dcterms:modified>
  <cp:category/>
</cp:coreProperties>
</file>