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障害報告書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 AW-2610-012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通販サイトの注文の画面が使えなかった障害（最終報告）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宛先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株式会社サンプル食品 EC推進部 小川様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2026年10月23日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株式会社あさひウェブ 運用チーム 西村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報告の段階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最終報告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種類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システム障害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重大度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高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対象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御社の通販サイト（注文の手続きの画面）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発生した日時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10/20 10:05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検知した日時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10/20 10:31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復旧した日時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10/20 11:48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検知まで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0時間26分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復旧まで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222222"/>
                <w:sz w:val="20"/>
                <w:szCs w:val="20"/>
              </w:rPr>
            </w:pPr>
            <w:r>
              <w:rPr>
                <w:b/>
                <w:bCs/>
                <w:color w:val="222222"/>
                <w:sz w:val="20"/>
                <w:szCs w:val="20"/>
              </w:rPr>
              <w:t xml:space="preserve">1時間43分</w:t>
            </w:r>
          </w:p>
        </w:tc>
        <w:tc>
          <w:tcPr>
            <w:tcW w:w="3324" w:type="dxa"/>
            <w:gridSpan w:val="4"/>
            <w:vAlign w:val="center"/>
          </w:tcPr>
          <w:p>
            <w:pPr>
              <w:spacing w:before="0" w:after="0" w:line="280" w:lineRule="exact"/>
              <w:jc w:val="left"/>
              <w:rPr>
                <w:color w:val="555555"/>
                <w:sz w:val="16"/>
                <w:szCs w:val="16"/>
              </w:rPr>
            </w:pPr>
            <w:r>
              <w:rPr>
                <w:color w:val="555555"/>
                <w:sz w:val="16"/>
                <w:szCs w:val="16"/>
              </w:rPr>
              <w:t xml:space="preserve">検知まで・復旧までは、日時から計算して書きます。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概要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20日（火）10時5分から11時48分まで、通販サイトで注文の手続きを進めると、エラーの画面になり、注文ができませんでした。サーバーのディスクの空きがなくなり、注文のデータを書き込めなくなったためです。注文などのデータは消えておらず、個人情報の漏えいもありません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影響の範囲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影響を受けたもの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範囲・件数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内容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通販サイトの注文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10:05〜11:48（1時間43分）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注文の手続きでエラーの画面になった（アクセスの記録で318回）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この時間の注文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0件（前の4週の同じ曜日・時間帯は平均22件）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注文の途中だったお客様の数は、記録からはわからない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データ・個人情報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消失・漏えいなし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空きがなく書き込めなかっただけで、保存済みのデータは無事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対応の経緯（時系列）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日時</w:t>
            </w: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できごと・対応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10/20 10:05</w:t>
            </w: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ディスクの空きがなくなり、注文の画面でエラーが出始めた（あとで記録から確認）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10:31</w:t>
            </w: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御社のお客様窓口から、注文ができないと電話があった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西村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10:45</w:t>
            </w: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原因がディスクの空き不足とわかった。御社に電話で第一報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西村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11:40</w:t>
            </w: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古いアクセスの記録を別の保管場所に移し、空きを作った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運用チーム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11:48</w:t>
            </w:r>
          </w:p>
        </w:tc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注文の画面が使えることを、試しの注文で確かめた。御社に続報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西村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原因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・直接の原因：アクセスの記録（ログ）が削除されずにたまり続け、サーバーのディスクの空きがなくなった。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・根本の原因：9月14日のサーバーの移行で、古い記録を自動で消す設定を新しいサーバーに移していなかった。移行の手順書のチェック項目になかった。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・気づくのが遅れた原因：空きが少なくなると知らせる設定はあったが、知らせる先が、異動した前の担当者のメールアドレスのままだった。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対策（暫定・恒久）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区分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対策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状況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暫定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古いアクセスの記録（9月14日〜10月13日分）を、別の保管場所に移した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運用チーム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済み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恒久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30日を過ぎた記録を、毎日自動で保管場所に移す設定にした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運用チーム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10/21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済み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恒久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空きが少なくなったときの知らせる先を、チームの共有のアドレスにした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運用チーム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10/21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済み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恒久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当社が運用するほかの12サイトのサーバーも、同じ設定を点検する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運用チーム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10/23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済み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恒久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サーバーの移行の手順書に、記録の削除と知らせる先の確認を足す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西村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10/30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対応中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残っている課題・お願い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・この時間に注文できなかったお客様へのご案内（お詫びのメールなど）を出されるかは、御社でご判断ください。文面の案は当社でお作りします。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・手順書の見直しが終わりましたら、10月の定例のご報告でお知らせします。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報告の段階・種類・重大度は、上の案内の中から書きます。対策の状況は、済み・対応中・未着手のどれかを書きます。表の行は、いちばん下の行の右端の欄で Tab キーを押すと足せます。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作成</w:t>
            </w:r>
          </w:p>
        </w:tc>
      </w:tr>
      <w:tr>
        <w:trPr>
          <w:cantSplit/>
          <w:trHeight w:val="72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障害報告書</dc:title>
  <dc:subject/>
  <dc:creator>おまかせレポート</dc:creator>
  <cp:keywords/>
  <dc:description/>
  <cp:lastModifiedBy>おまかせレポート</cp:lastModifiedBy>
  <cp:revision>1</cp:revision>
  <dcterms:created xsi:type="dcterms:W3CDTF">2026-11-03T15:25:58Z</dcterms:created>
  <dcterms:modified xsi:type="dcterms:W3CDTF">2026-11-03T15:25:58Z</dcterms:modified>
  <cp:category/>
</cp:coreProperties>
</file>