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改善報告書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何の業務を、どう変えたか（例：〇〇の作業時間の短縮（〇〇の見直し））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実施日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実施日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改善を始めた日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対象の業務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の業務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どの部署の、どの業務か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比べた期間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比べた期間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改善前 〇〇〇〇年〇月〇日〜〇日、改善後 〇月〇日〜〇日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結論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結論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何がどれだけ良くなったかを、数字と一緒に1〜3行で先に書きます。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例：〇〇の時間が、〇時間から〇時間に縮まりました（〇%の短縮）。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改善前の問題（背景）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改善前の問題（背景）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改善する前に、何が困っていたかを数字で書きます（件数・時間・金額・ミスの数など）。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原因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直接の原因と、根本の原因（なぜそうなっていたか）を分けて書きます。人ではなく、手順や仕組みの問題として書きます。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改善の内容（したこと）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実施日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かかった費用・時間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かかった費用・時間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費用 〇円、準備の作業 約〇時間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効果（改善前と改善後）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指標（単位）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向き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改善前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改善後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改善の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割合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測り方・メモ</w:t>
            </w: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向きは、減らす・増やすのどちらかを書きます。改善前・改善後には数字だけを書き、単位は指標の名前に書きます。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改善の割合＝（改善前−改善後）÷改善前。向きが「増やす」の指標は（改善後−改善前）÷改善前で計算して書き入れます（Excel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改善前と改善後は、同じ長さの期間・同じ測り方でそろえます（例：9月と10月、それぞれ1か月）。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年間に換算する指標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月あたりの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削減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年間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（×12か月）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1時間あたりの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人件費（円）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年間の金額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（円）</w:t>
            </w: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年間の数字は、月の削減を12倍した見込みです。測った数字ではないので、報告では見込みと書き分けます。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残った課題と今後の予定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課題・今後すること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7. 相談・お願い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7. 相談・お願い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上司に決めてほしいこと、手伝ってほしいことを書きます。ないときは「特にありません」と書きます。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改善報告書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2026-11-03T15:10:29Z</dcterms:created>
  <dcterms:modified xsi:type="dcterms:W3CDTF">2026-11-03T15:10:29Z</dcterms:modified>
  <cp:category/>
</cp:coreProperties>
</file>