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日報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日付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付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勤務時間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今日の結論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今日の結論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今日いちばん伝えたいことを、1〜2行で先に書きます。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例：〇〇社に見積りを出しました。△△の件は、〇日に変わりました。</w:t>
                </w:r>
              </w:p>
            </w:sdtContent>
          </w:sdt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したこと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したこと（相手・場所）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次の行動</w:t>
            </w: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今日の数字（予定との差）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40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差＝実績−予定。Word 版は、差を計算して書き入れます（Excel 版は数式で出ます）。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困っていること・相談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困っていること・相談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上司に決めてほしいこと、手伝ってほしいことを書きます。ないときは「特にありません」と書きます。</w:t>
                </w:r>
              </w:p>
            </w:sdtContent>
          </w:sdt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明日の予定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相手・場所</w:t>
            </w: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上司から</w:t>
            </w:r>
          </w:p>
        </w:tc>
        <w:tc>
          <w:tcPr>
            <w:tcW w:w="6648" w:type="dxa"/>
            <w:gridSpan w:val="8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18"/>
                <w:szCs w:val="18"/>
              </w:rPr>
              <w:alias w:val="上司から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18"/>
                    <w:szCs w:val="18"/>
                  </w:rPr>
                </w:pPr>
                <w:r>
                  <w:rPr>
                    <w:color w:val="8A94A0"/>
                    <w:sz w:val="18"/>
                    <w:szCs w:val="18"/>
                  </w:rPr>
                  <w:t xml:space="preserve">上司が読んで、ひとこと書きます。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日報</dc:title>
  <dc:subject/>
  <dc:creator>おまかせレポート</dc:creator>
  <cp:keywords/>
  <dc:description/>
  <cp:lastModifiedBy>おまかせレポート</cp:lastModifiedBy>
  <cp:revision>1</cp:revision>
  <dcterms:created xsi:type="dcterms:W3CDTF">2026-11-03T14:16:33Z</dcterms:created>
  <dcterms:modified xsi:type="dcterms:W3CDTF">2026-11-03T14:16:33Z</dcterms:modified>
  <cp:category/>
</cp:coreProperties>
</file>