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日報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日付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2026年10月28日（水）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高橋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営業2課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勤務時間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9:00〜18:30（休憩1:00）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今日の結論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A社に見積りを出しました（320万円）。B社の訪問は、先方の都合で11月4日に変わりました。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したこと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したこと（相手・場所）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次の行動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9:00〜10:00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A社の見積りの仕上げ（社内）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製造部と原価を確かめ、見積り書を作成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10:30〜12:00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A社 訪問（見積りの説明）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見積りを提出（320万円）。納期を1週間早められないかと聞かれた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製造部に確認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13:00〜14:00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電話・メール（既存のお客様5件）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C社の追加の注文の納期を回答ほか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14:30〜16:00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D社 訪問（提案のヒアリング）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設備の更新の時期と予算をうかがった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提案書を作る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16:30〜18:30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社内（記録・準備）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商談の記録、D社の提案書の構成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今日の数字（予定との差）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訪問（件）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B社は11/4に変更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見積りの提出（件）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A社 320万円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電話・メール（件）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既存のお客様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差＝実績−予定。Word 版は、差を計算して書き入れます（Excel 版は数式で出ます）。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困っていること・相談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A社から、納期を1週間早められないかと聞かれました。製造部への確認をお願いします。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明日の予定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時間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相手・場所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9:00〜12:00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D社の提案書を作る（10月30日に提出）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社内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13:30〜15:00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E社 定期訪問（新製品の案内）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E社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16:00〜17:00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A社の納期について製造部の回答を受け、A社に連絡する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製造部・A社</w:t>
            </w:r>
          </w:p>
        </w:tc>
      </w:tr>
    </w:tbl>
    <w:p>
      <w:pPr>
        <w:spacing w:before="0" w:after="0" w:line="4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上司から</w:t>
            </w:r>
          </w:p>
        </w:tc>
        <w:tc>
          <w:tcPr>
            <w:tcW w:w="6648" w:type="dxa"/>
            <w:gridSpan w:val="8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製造部には、明日の朝会で確認します。A社への連絡は、その結果が出てからにしてください。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400" w:hRule="atLeast"/>
        </w:trPr>
        <w:tc>
          <w:tcPr>
            <w:tcW w:w="1662" w:type="dxa"/>
            <w:gridSpan w:val="2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6648" w:type="dxa"/>
            <w:gridSpan w:val="8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日報</dc:title>
  <dc:subject/>
  <dc:creator>おまかせレポート</dc:creator>
  <cp:keywords/>
  <dc:description/>
  <cp:lastModifiedBy>おまかせレポート</cp:lastModifiedBy>
  <cp:revision>1</cp:revision>
  <dcterms:created xsi:type="dcterms:W3CDTF">2026-11-03T14:16:33Z</dcterms:created>
  <dcterms:modified xsi:type="dcterms:W3CDTF">2026-11-03T14:16:33Z</dcterms:modified>
  <cp:category/>
</cp:coreProperties>
</file>