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972" w:type="dxa"/>
        <w:tblInd w:w="0" w:type="dxa"/>
        <w:tblLayout w:type="fixed"/>
        <w:tblCellMar>
          <w:top w:w="30" w:type="dxa"/>
          <w:left w:w="80" w:type="dxa"/>
          <w:bottom w:w="30" w:type="dxa"/>
          <w:right w:w="80" w:type="dxa"/>
        </w:tblCellMar>
        <w:tblLook w:val="04A0" w:firstRow="1" w:lastRow="0" w:firstColumn="1" w:lastColumn="0" w:noHBand="0" w:noVBand="1"/>
      </w:tblPr>
      <w:tblGrid>
        <w:gridCol w:w="831"/>
        <w:gridCol w:w="831"/>
        <w:gridCol w:w="831"/>
        <w:gridCol w:w="831"/>
        <w:gridCol w:w="831"/>
        <w:gridCol w:w="831"/>
        <w:gridCol w:w="831"/>
        <w:gridCol w:w="831"/>
        <w:gridCol w:w="831"/>
        <w:gridCol w:w="831"/>
        <w:gridCol w:w="831"/>
        <w:gridCol w:w="831"/>
      </w:tblGrid>
      <w:tr>
        <w:trPr>
          <w:cantSplit/>
          <w:trHeight w:val="360" w:hRule="atLeast"/>
        </w:trPr>
        <w:tc>
          <w:tcPr>
            <w:tcW w:w="4986" w:type="dxa"/>
            <w:gridSpan w:val="6"/>
            <w:vAlign w:val="center"/>
          </w:tcPr>
          <w:p>
            <w:pPr>
              <w:spacing w:before="0" w:after="0" w:line="280" w:lineRule="exact"/>
              <w:jc w:val="left"/>
              <w:rPr>
                <w:color w:val="222222"/>
                <w:sz w:val="20"/>
                <w:szCs w:val="20"/>
              </w:rPr>
            </w:pPr>
          </w:p>
        </w:tc>
        <w:tc>
          <w:tcPr>
            <w:tcW w:w="4986" w:type="dxa"/>
            <w:gridSpan w:val="6"/>
            <w:vAlign w:val="center"/>
          </w:tcPr>
          <w:p>
            <w:pPr>
              <w:spacing w:before="0" w:after="0" w:line="280" w:lineRule="exact"/>
              <w:jc w:val="right"/>
              <w:rPr>
                <w:color w:val="222222"/>
                <w:sz w:val="18"/>
                <w:szCs w:val="18"/>
              </w:rPr>
            </w:pPr>
            <w:r>
              <w:rPr>
                <w:color w:val="222222"/>
                <w:sz w:val="18"/>
                <w:szCs w:val="18"/>
              </w:rPr>
              <w:t xml:space="preserve">No.</w:t>
            </w:r>
          </w:p>
        </w:tc>
      </w:tr>
      <w:tr>
        <w:trPr>
          <w:cantSplit/>
          <w:trHeight w:val="360" w:hRule="atLeast"/>
        </w:trPr>
        <w:tc>
          <w:tcPr>
            <w:tcW w:w="4986" w:type="dxa"/>
            <w:gridSpan w:val="6"/>
            <w:vAlign w:val="center"/>
          </w:tcPr>
          <w:p>
            <w:pPr>
              <w:spacing w:before="0" w:after="0" w:line="280" w:lineRule="exact"/>
              <w:jc w:val="left"/>
              <w:rPr>
                <w:color w:val="222222"/>
                <w:sz w:val="20"/>
                <w:szCs w:val="20"/>
              </w:rPr>
            </w:pPr>
          </w:p>
        </w:tc>
        <w:tc>
          <w:tcPr>
            <w:tcW w:w="4986" w:type="dxa"/>
            <w:gridSpan w:val="6"/>
            <w:vAlign w:val="center"/>
          </w:tcPr>
          <w:p>
            <w:pPr>
              <w:spacing w:before="0" w:after="0" w:line="280" w:lineRule="exact"/>
              <w:jc w:val="right"/>
              <w:rPr>
                <w:color w:val="222222"/>
                <w:sz w:val="20"/>
                <w:szCs w:val="20"/>
              </w:rPr>
            </w:pPr>
            <w:r>
              <w:rPr>
                <w:color w:val="222222"/>
                <w:sz w:val="20"/>
                <w:szCs w:val="20"/>
              </w:rPr>
              <w:t xml:space="preserve">〇〇〇〇年〇月〇日</w:t>
            </w:r>
          </w:p>
        </w:tc>
      </w:tr>
    </w:tbl>
    <w:p>
      <w:pPr>
        <w:spacing w:before="0" w:after="0" w:line="120" w:lineRule="exact"/>
        <w:rPr>
          <w:sz w:val="2"/>
          <w:szCs w:val="2"/>
        </w:rPr>
      </w:pPr>
    </w:p>
    <w:tbl>
      <w:tblPr>
        <w:tblW w:w="9972" w:type="dxa"/>
        <w:tblInd w:w="0" w:type="dxa"/>
        <w:tblLayout w:type="fixed"/>
        <w:tblCellMar>
          <w:top w:w="30" w:type="dxa"/>
          <w:left w:w="80" w:type="dxa"/>
          <w:bottom w:w="30" w:type="dxa"/>
          <w:right w:w="80" w:type="dxa"/>
        </w:tblCellMar>
        <w:tblLook w:val="04A0" w:firstRow="1" w:lastRow="0" w:firstColumn="1" w:lastColumn="0" w:noHBand="0" w:noVBand="1"/>
      </w:tblPr>
      <w:tblGrid>
        <w:gridCol w:w="831"/>
        <w:gridCol w:w="831"/>
        <w:gridCol w:w="831"/>
        <w:gridCol w:w="831"/>
        <w:gridCol w:w="831"/>
        <w:gridCol w:w="831"/>
        <w:gridCol w:w="831"/>
        <w:gridCol w:w="831"/>
        <w:gridCol w:w="831"/>
        <w:gridCol w:w="831"/>
        <w:gridCol w:w="831"/>
        <w:gridCol w:w="831"/>
      </w:tblGrid>
      <w:tr>
        <w:trPr>
          <w:cantSplit/>
          <w:trHeight w:val="360" w:hRule="atLeast"/>
        </w:trPr>
        <w:tc>
          <w:tcPr>
            <w:tcW w:w="5817" w:type="dxa"/>
            <w:gridSpan w:val="7"/>
            <w:vAlign w:val="center"/>
          </w:tcPr>
          <w:p>
            <w:pPr>
              <w:spacing w:before="0" w:after="0" w:line="280" w:lineRule="exact"/>
              <w:jc w:val="left"/>
              <w:rPr>
                <w:b/>
                <w:bCs/>
                <w:color w:val="222222"/>
                <w:sz w:val="24"/>
                <w:szCs w:val="24"/>
              </w:rPr>
            </w:pPr>
            <w:r>
              <w:rPr>
                <w:b/>
                <w:bCs/>
                <w:color w:val="222222"/>
                <w:sz w:val="24"/>
                <w:szCs w:val="24"/>
              </w:rPr>
              <w:t xml:space="preserve">〇〇株式会社 〇〇部</w:t>
            </w:r>
          </w:p>
        </w:tc>
        <w:tc>
          <w:tcPr>
            <w:tcW w:w="4155" w:type="dxa"/>
            <w:gridSpan w:val="5"/>
            <w:vAlign w:val="center"/>
          </w:tcPr>
          <w:p>
            <w:pPr>
              <w:spacing w:before="0" w:after="0" w:line="280" w:lineRule="exact"/>
              <w:jc w:val="left"/>
              <w:rPr>
                <w:color w:val="222222"/>
                <w:sz w:val="20"/>
                <w:szCs w:val="20"/>
              </w:rPr>
            </w:pPr>
          </w:p>
        </w:tc>
      </w:tr>
      <w:tr>
        <w:trPr>
          <w:cantSplit/>
          <w:trHeight w:val="360" w:hRule="atLeast"/>
        </w:trPr>
        <w:tc>
          <w:tcPr>
            <w:tcW w:w="5817" w:type="dxa"/>
            <w:gridSpan w:val="7"/>
            <w:vAlign w:val="center"/>
          </w:tcPr>
          <w:p>
            <w:pPr>
              <w:spacing w:before="0" w:after="0" w:line="280" w:lineRule="exact"/>
              <w:jc w:val="left"/>
              <w:rPr>
                <w:color w:val="222222"/>
                <w:sz w:val="24"/>
                <w:szCs w:val="24"/>
              </w:rPr>
            </w:pPr>
            <w:r>
              <w:rPr>
                <w:color w:val="222222"/>
                <w:sz w:val="24"/>
                <w:szCs w:val="24"/>
              </w:rPr>
              <w:t xml:space="preserve">〇〇 様</w:t>
            </w:r>
          </w:p>
        </w:tc>
        <w:tc>
          <w:tcPr>
            <w:tcW w:w="4155" w:type="dxa"/>
            <w:gridSpan w:val="5"/>
            <w:vAlign w:val="bottom"/>
          </w:tcPr>
          <w:p>
            <w:pPr>
              <w:spacing w:before="0" w:after="0" w:line="280" w:lineRule="exact"/>
              <w:jc w:val="left"/>
              <w:rPr>
                <w:color w:val="222222"/>
                <w:sz w:val="20"/>
                <w:szCs w:val="20"/>
              </w:rPr>
            </w:pPr>
            <w:r>
              <w:rPr>
                <w:color w:val="222222"/>
                <w:sz w:val="20"/>
                <w:szCs w:val="20"/>
              </w:rPr>
              <w:t xml:space="preserve">〇〇株式会社</w:t>
            </w:r>
          </w:p>
        </w:tc>
      </w:tr>
      <w:tr>
        <w:trPr>
          <w:cantSplit/>
          <w:trHeight w:val="360" w:hRule="atLeast"/>
        </w:trPr>
        <w:tc>
          <w:tcPr>
            <w:tcW w:w="5817" w:type="dxa"/>
            <w:gridSpan w:val="7"/>
            <w:vAlign w:val="center"/>
          </w:tcPr>
          <w:p>
            <w:pPr>
              <w:spacing w:before="0" w:after="0" w:line="280" w:lineRule="exact"/>
              <w:jc w:val="left"/>
              <w:rPr>
                <w:color w:val="222222"/>
                <w:sz w:val="20"/>
                <w:szCs w:val="20"/>
              </w:rPr>
            </w:pPr>
          </w:p>
        </w:tc>
        <w:tc>
          <w:tcPr>
            <w:tcW w:w="4155" w:type="dxa"/>
            <w:gridSpan w:val="5"/>
            <w:vAlign w:val="bottom"/>
          </w:tcPr>
          <w:p>
            <w:pPr>
              <w:spacing w:before="0" w:after="0" w:line="280" w:lineRule="exact"/>
              <w:jc w:val="left"/>
              <w:rPr>
                <w:color w:val="222222"/>
                <w:sz w:val="20"/>
                <w:szCs w:val="20"/>
              </w:rPr>
            </w:pPr>
            <w:r>
              <w:rPr>
                <w:color w:val="222222"/>
                <w:sz w:val="20"/>
                <w:szCs w:val="20"/>
              </w:rPr>
              <w:t xml:space="preserve">〇〇部 〇〇 〇〇</w:t>
            </w:r>
          </w:p>
        </w:tc>
      </w:tr>
    </w:tbl>
    <w:p>
      <w:pPr>
        <w:spacing w:before="0" w:after="0" w:line="200" w:lineRule="exact"/>
        <w:rPr>
          <w:sz w:val="2"/>
          <w:szCs w:val="2"/>
        </w:rPr>
      </w:pPr>
    </w:p>
    <w:tbl>
      <w:tblPr>
        <w:tblW w:w="9972" w:type="dxa"/>
        <w:tblInd w:w="0" w:type="dxa"/>
        <w:tblLayout w:type="fixed"/>
        <w:tblCellMar>
          <w:top w:w="30" w:type="dxa"/>
          <w:left w:w="80" w:type="dxa"/>
          <w:bottom w:w="30" w:type="dxa"/>
          <w:right w:w="80" w:type="dxa"/>
        </w:tblCellMar>
        <w:tblLook w:val="04A0" w:firstRow="1" w:lastRow="0" w:firstColumn="1" w:lastColumn="0" w:noHBand="0" w:noVBand="1"/>
      </w:tblPr>
      <w:tblGrid>
        <w:gridCol w:w="831"/>
        <w:gridCol w:w="831"/>
        <w:gridCol w:w="831"/>
        <w:gridCol w:w="831"/>
        <w:gridCol w:w="831"/>
        <w:gridCol w:w="831"/>
        <w:gridCol w:w="831"/>
        <w:gridCol w:w="831"/>
        <w:gridCol w:w="831"/>
        <w:gridCol w:w="831"/>
        <w:gridCol w:w="831"/>
        <w:gridCol w:w="831"/>
      </w:tblGrid>
      <w:tr>
        <w:trPr>
          <w:cantSplit/>
          <w:trHeight w:val="360" w:hRule="atLeast"/>
        </w:trPr>
        <w:tc>
          <w:tcPr>
            <w:tcW w:w="9972" w:type="dxa"/>
            <w:gridSpan w:val="12"/>
            <w:vAlign w:val="center"/>
          </w:tcPr>
          <w:p>
            <w:pPr>
              <w:spacing w:before="0" w:after="0" w:line="280" w:lineRule="exact"/>
              <w:jc w:val="center"/>
              <w:rPr>
                <w:b/>
                <w:bCs/>
                <w:color w:val="222222"/>
                <w:sz w:val="28"/>
                <w:szCs w:val="28"/>
              </w:rPr>
            </w:pPr>
            <w:r>
              <w:rPr>
                <w:b/>
                <w:bCs/>
                <w:color w:val="222222"/>
                <w:sz w:val="28"/>
                <w:szCs w:val="28"/>
              </w:rPr>
              <w:t xml:space="preserve">業務完了のご報告（〇〇業務）</w:t>
            </w:r>
          </w:p>
        </w:tc>
      </w:tr>
    </w:tbl>
    <w:p>
      <w:pPr>
        <w:spacing w:before="0" w:after="0" w:line="120" w:lineRule="exact"/>
        <w:rPr>
          <w:sz w:val="2"/>
          <w:szCs w:val="2"/>
        </w:rPr>
      </w:pPr>
    </w:p>
    <w:tbl>
      <w:tblPr>
        <w:tblW w:w="9972" w:type="dxa"/>
        <w:tblInd w:w="0" w:type="dxa"/>
        <w:tblLayout w:type="fixed"/>
        <w:tblCellMar>
          <w:top w:w="30" w:type="dxa"/>
          <w:left w:w="80" w:type="dxa"/>
          <w:bottom w:w="30" w:type="dxa"/>
          <w:right w:w="80" w:type="dxa"/>
        </w:tblCellMar>
        <w:tblLook w:val="04A0" w:firstRow="1" w:lastRow="0" w:firstColumn="1" w:lastColumn="0" w:noHBand="0" w:noVBand="1"/>
      </w:tblPr>
      <w:tblGrid>
        <w:gridCol w:w="831"/>
        <w:gridCol w:w="831"/>
        <w:gridCol w:w="831"/>
        <w:gridCol w:w="831"/>
        <w:gridCol w:w="831"/>
        <w:gridCol w:w="831"/>
        <w:gridCol w:w="831"/>
        <w:gridCol w:w="831"/>
        <w:gridCol w:w="831"/>
        <w:gridCol w:w="831"/>
        <w:gridCol w:w="831"/>
        <w:gridCol w:w="831"/>
      </w:tblGrid>
      <w:tr>
        <w:trPr>
          <w:cantSplit/>
          <w:trHeight w:val="360" w:hRule="atLeast"/>
        </w:trPr>
        <w:tc>
          <w:tcPr>
            <w:tcW w:w="9972" w:type="dxa"/>
            <w:gridSpan w:val="12"/>
            <w:vAlign w:val="top"/>
          </w:tcPr>
          <w:p>
            <w:pPr>
              <w:spacing w:before="0" w:after="0" w:line="280" w:lineRule="exact"/>
              <w:jc w:val="left"/>
              <w:rPr>
                <w:color w:val="222222"/>
                <w:sz w:val="20"/>
                <w:szCs w:val="20"/>
              </w:rPr>
            </w:pPr>
            <w:r>
              <w:rPr>
                <w:color w:val="222222"/>
                <w:sz w:val="20"/>
                <w:szCs w:val="20"/>
              </w:rPr>
              <w:t xml:space="preserve">拝啓　時下ますますご清栄のこととお慶び申し上げます。平素は格別のお引き立てを賜り、厚く御礼申し上げます。</w:t>
            </w:r>
          </w:p>
          <w:p>
            <w:pPr>
              <w:spacing w:before="0" w:after="0" w:line="280" w:lineRule="exact"/>
              <w:jc w:val="left"/>
              <w:rPr>
                <w:color w:val="222222"/>
                <w:sz w:val="20"/>
                <w:szCs w:val="20"/>
              </w:rPr>
            </w:pPr>
            <w:r>
              <w:rPr>
                <w:color w:val="222222"/>
                <w:sz w:val="20"/>
                <w:szCs w:val="20"/>
              </w:rPr>
              <w:t xml:space="preserve">　さて、〇〇〇〇年〇月〇日付の〇〇契約書に基づく〇〇業務が完了いたしましたので、下記のとおりご報告いたします。あわせて、成果物のご確認（検収）をお願い申し上げます。</w:t>
            </w:r>
          </w:p>
        </w:tc>
      </w:tr>
      <w:tr>
        <w:trPr>
          <w:cantSplit/>
          <w:trHeight w:val="360" w:hRule="atLeast"/>
        </w:trPr>
        <w:tc>
          <w:tcPr>
            <w:tcW w:w="9972" w:type="dxa"/>
            <w:gridSpan w:val="12"/>
            <w:vAlign w:val="center"/>
          </w:tcPr>
          <w:p>
            <w:pPr>
              <w:spacing w:before="0" w:after="0" w:line="280" w:lineRule="exact"/>
              <w:jc w:val="right"/>
              <w:rPr>
                <w:color w:val="222222"/>
                <w:sz w:val="20"/>
                <w:szCs w:val="20"/>
              </w:rPr>
            </w:pPr>
            <w:r>
              <w:rPr>
                <w:color w:val="222222"/>
                <w:sz w:val="20"/>
                <w:szCs w:val="20"/>
              </w:rPr>
              <w:t xml:space="preserve">敬具</w:t>
            </w:r>
          </w:p>
        </w:tc>
      </w:tr>
      <w:tr>
        <w:trPr>
          <w:cantSplit/>
          <w:trHeight w:val="360" w:hRule="atLeast"/>
        </w:trPr>
        <w:tc>
          <w:tcPr>
            <w:tcW w:w="9972" w:type="dxa"/>
            <w:gridSpan w:val="12"/>
            <w:vAlign w:val="center"/>
          </w:tcPr>
          <w:p>
            <w:pPr>
              <w:spacing w:before="0" w:after="0" w:line="280" w:lineRule="exact"/>
              <w:jc w:val="center"/>
              <w:rPr>
                <w:color w:val="222222"/>
                <w:sz w:val="20"/>
                <w:szCs w:val="20"/>
              </w:rPr>
            </w:pPr>
            <w:r>
              <w:rPr>
                <w:color w:val="222222"/>
                <w:sz w:val="20"/>
                <w:szCs w:val="20"/>
              </w:rPr>
              <w:t xml:space="preserve">記</w:t>
            </w:r>
          </w:p>
        </w:tc>
      </w:tr>
    </w:tbl>
    <w:p>
      <w:pPr>
        <w:spacing w:before="0" w:after="0" w:line="80" w:lineRule="exact"/>
        <w:rPr>
          <w:sz w:val="2"/>
          <w:szCs w:val="2"/>
        </w:rPr>
      </w:pPr>
    </w:p>
    <w:tbl>
      <w:tblPr>
        <w:tblW w:w="9972" w:type="dxa"/>
        <w:tblInd w:w="0" w:type="dxa"/>
        <w:tblLayout w:type="fixed"/>
        <w:tblCellMar>
          <w:top w:w="30" w:type="dxa"/>
          <w:left w:w="80" w:type="dxa"/>
          <w:bottom w:w="30" w:type="dxa"/>
          <w:right w:w="80" w:type="dxa"/>
        </w:tblCellMar>
        <w:tblLook w:val="04A0" w:firstRow="1" w:lastRow="0" w:firstColumn="1" w:lastColumn="0" w:noHBand="0" w:noVBand="1"/>
      </w:tblPr>
      <w:tblGrid>
        <w:gridCol w:w="831"/>
        <w:gridCol w:w="831"/>
        <w:gridCol w:w="831"/>
        <w:gridCol w:w="831"/>
        <w:gridCol w:w="831"/>
        <w:gridCol w:w="831"/>
        <w:gridCol w:w="831"/>
        <w:gridCol w:w="831"/>
        <w:gridCol w:w="831"/>
        <w:gridCol w:w="831"/>
        <w:gridCol w:w="831"/>
        <w:gridCol w:w="831"/>
      </w:tblGrid>
      <w:tr>
        <w:trPr>
          <w:cantSplit/>
          <w:trHeight w:val="420" w:hRule="atLeast"/>
        </w:trPr>
        <w:tc>
          <w:tcPr>
            <w:tcW w:w="1662" w:type="dxa"/>
            <w:gridSpan w:val="2"/>
            <w:tcBorders>
              <w:top w:val="single" w:sz="4" w:space="0" w:color="9AA5B1"/>
              <w:left w:val="single" w:sz="4" w:space="0" w:color="9AA5B1"/>
              <w:bottom w:val="single" w:sz="4" w:space="0" w:color="9AA5B1"/>
              <w:right w:val="single" w:sz="4" w:space="0" w:color="9AA5B1"/>
            </w:tcBorders>
            <w:shd w:val="clear" w:color="auto" w:fill="F3F4F6"/>
            <w:vAlign w:val="center"/>
          </w:tcPr>
          <w:p>
            <w:pPr>
              <w:spacing w:before="0" w:after="0" w:line="280" w:lineRule="exact"/>
              <w:jc w:val="left"/>
              <w:rPr>
                <w:b/>
                <w:bCs/>
                <w:color w:val="222222"/>
                <w:sz w:val="18"/>
                <w:szCs w:val="18"/>
              </w:rPr>
            </w:pPr>
            <w:r>
              <w:rPr>
                <w:b/>
                <w:bCs/>
                <w:color w:val="222222"/>
                <w:sz w:val="18"/>
                <w:szCs w:val="18"/>
              </w:rPr>
              <w:t xml:space="preserve">契約</w:t>
            </w:r>
          </w:p>
        </w:tc>
        <w:tc>
          <w:tcPr>
            <w:tcW w:w="8310" w:type="dxa"/>
            <w:gridSpan w:val="10"/>
            <w:tcBorders>
              <w:top w:val="single" w:sz="4" w:space="0" w:color="9AA5B1"/>
              <w:left w:val="single" w:sz="4" w:space="0" w:color="9AA5B1"/>
              <w:bottom w:val="single" w:sz="4" w:space="0" w:color="9AA5B1"/>
              <w:right w:val="single" w:sz="4" w:space="0" w:color="9AA5B1"/>
            </w:tcBorders>
            <w:vAlign w:val="center"/>
          </w:tcPr>
          <w:sdt>
            <w:sdtPr>
              <w:rPr>
                <w:color w:val="222222"/>
                <w:sz w:val="20"/>
                <w:szCs w:val="20"/>
              </w:rPr>
              <w:alias w:val="契約"/>
              <w:id w:val="41001"/>
              <w:showingPlcHdr/>
            </w:sdtPr>
            <w:sdtContent>
              <w:p>
                <w:pPr>
                  <w:spacing w:before="0" w:after="0" w:line="280" w:lineRule="exact"/>
                  <w:jc w:val="left"/>
                  <w:rPr>
                    <w:color w:val="222222"/>
                    <w:sz w:val="20"/>
                    <w:szCs w:val="20"/>
                  </w:rPr>
                </w:pPr>
                <w:r>
                  <w:rPr>
                    <w:color w:val="8A94A0"/>
                    <w:sz w:val="20"/>
                    <w:szCs w:val="20"/>
                  </w:rPr>
                  <w:t xml:space="preserve">〇〇契約書（〇〇〇〇年〇月〇日）・注文書の番号など</w:t>
                </w:r>
              </w:p>
            </w:sdtContent>
          </w:sdt>
        </w:tc>
      </w:tr>
      <w:tr>
        <w:trPr>
          <w:cantSplit/>
          <w:trHeight w:val="420" w:hRule="atLeast"/>
        </w:trPr>
        <w:tc>
          <w:tcPr>
            <w:tcW w:w="1662" w:type="dxa"/>
            <w:gridSpan w:val="2"/>
            <w:tcBorders>
              <w:top w:val="single" w:sz="4" w:space="0" w:color="9AA5B1"/>
              <w:left w:val="single" w:sz="4" w:space="0" w:color="9AA5B1"/>
              <w:bottom w:val="single" w:sz="4" w:space="0" w:color="9AA5B1"/>
              <w:right w:val="single" w:sz="4" w:space="0" w:color="9AA5B1"/>
            </w:tcBorders>
            <w:shd w:val="clear" w:color="auto" w:fill="F3F4F6"/>
            <w:vAlign w:val="center"/>
          </w:tcPr>
          <w:p>
            <w:pPr>
              <w:spacing w:before="0" w:after="0" w:line="280" w:lineRule="exact"/>
              <w:jc w:val="left"/>
              <w:rPr>
                <w:b/>
                <w:bCs/>
                <w:color w:val="222222"/>
                <w:sz w:val="18"/>
                <w:szCs w:val="18"/>
              </w:rPr>
            </w:pPr>
            <w:r>
              <w:rPr>
                <w:b/>
                <w:bCs/>
                <w:color w:val="222222"/>
                <w:sz w:val="18"/>
                <w:szCs w:val="18"/>
              </w:rPr>
              <w:t xml:space="preserve">業務名</w:t>
            </w:r>
          </w:p>
        </w:tc>
        <w:tc>
          <w:tcPr>
            <w:tcW w:w="8310" w:type="dxa"/>
            <w:gridSpan w:val="10"/>
            <w:tcBorders>
              <w:top w:val="single" w:sz="4" w:space="0" w:color="9AA5B1"/>
              <w:left w:val="single" w:sz="4" w:space="0" w:color="9AA5B1"/>
              <w:bottom w:val="single" w:sz="4" w:space="0" w:color="9AA5B1"/>
              <w:right w:val="single" w:sz="4" w:space="0" w:color="9AA5B1"/>
            </w:tcBorders>
            <w:vAlign w:val="center"/>
          </w:tcPr>
          <w:sdt>
            <w:sdtPr>
              <w:rPr>
                <w:color w:val="222222"/>
                <w:sz w:val="20"/>
                <w:szCs w:val="20"/>
              </w:rPr>
              <w:alias w:val="業務名"/>
              <w:id w:val="41002"/>
              <w:showingPlcHdr/>
            </w:sdtPr>
            <w:sdtContent>
              <w:p>
                <w:pPr>
                  <w:spacing w:before="0" w:after="0" w:line="280" w:lineRule="exact"/>
                  <w:jc w:val="left"/>
                  <w:rPr>
                    <w:color w:val="222222"/>
                    <w:sz w:val="20"/>
                    <w:szCs w:val="20"/>
                  </w:rPr>
                </w:pPr>
                <w:r>
                  <w:rPr>
                    <w:color w:val="8A94A0"/>
                    <w:sz w:val="20"/>
                    <w:szCs w:val="20"/>
                  </w:rPr>
                  <w:t xml:space="preserve">契約書・注文書と同じ業務の名前</w:t>
                </w:r>
              </w:p>
            </w:sdtContent>
          </w:sdt>
        </w:tc>
      </w:tr>
      <w:tr>
        <w:trPr>
          <w:cantSplit/>
          <w:trHeight w:val="420" w:hRule="atLeast"/>
        </w:trPr>
        <w:tc>
          <w:tcPr>
            <w:tcW w:w="1662" w:type="dxa"/>
            <w:gridSpan w:val="2"/>
            <w:tcBorders>
              <w:top w:val="single" w:sz="4" w:space="0" w:color="9AA5B1"/>
              <w:left w:val="single" w:sz="4" w:space="0" w:color="9AA5B1"/>
              <w:bottom w:val="single" w:sz="4" w:space="0" w:color="9AA5B1"/>
              <w:right w:val="single" w:sz="4" w:space="0" w:color="9AA5B1"/>
            </w:tcBorders>
            <w:shd w:val="clear" w:color="auto" w:fill="F3F4F6"/>
            <w:vAlign w:val="center"/>
          </w:tcPr>
          <w:p>
            <w:pPr>
              <w:spacing w:before="0" w:after="0" w:line="280" w:lineRule="exact"/>
              <w:jc w:val="left"/>
              <w:rPr>
                <w:b/>
                <w:bCs/>
                <w:color w:val="222222"/>
                <w:sz w:val="18"/>
                <w:szCs w:val="18"/>
              </w:rPr>
            </w:pPr>
            <w:r>
              <w:rPr>
                <w:b/>
                <w:bCs/>
                <w:color w:val="222222"/>
                <w:sz w:val="18"/>
                <w:szCs w:val="18"/>
              </w:rPr>
              <w:t xml:space="preserve">委託期間</w:t>
            </w:r>
          </w:p>
        </w:tc>
        <w:tc>
          <w:tcPr>
            <w:tcW w:w="3324" w:type="dxa"/>
            <w:gridSpan w:val="4"/>
            <w:tcBorders>
              <w:top w:val="single" w:sz="4" w:space="0" w:color="9AA5B1"/>
              <w:left w:val="single" w:sz="4" w:space="0" w:color="9AA5B1"/>
              <w:bottom w:val="single" w:sz="4" w:space="0" w:color="9AA5B1"/>
              <w:right w:val="single" w:sz="4" w:space="0" w:color="9AA5B1"/>
            </w:tcBorders>
            <w:vAlign w:val="center"/>
          </w:tcPr>
          <w:sdt>
            <w:sdtPr>
              <w:rPr>
                <w:color w:val="222222"/>
                <w:sz w:val="20"/>
                <w:szCs w:val="20"/>
              </w:rPr>
              <w:alias w:val="委託期間"/>
              <w:id w:val="41003"/>
              <w:showingPlcHdr/>
            </w:sdtPr>
            <w:sdtContent>
              <w:p>
                <w:pPr>
                  <w:spacing w:before="0" w:after="0" w:line="280" w:lineRule="exact"/>
                  <w:jc w:val="left"/>
                  <w:rPr>
                    <w:color w:val="222222"/>
                    <w:sz w:val="20"/>
                    <w:szCs w:val="20"/>
                  </w:rPr>
                </w:pPr>
                <w:r>
                  <w:rPr>
                    <w:color w:val="8A94A0"/>
                    <w:sz w:val="20"/>
                    <w:szCs w:val="20"/>
                  </w:rPr>
                  <w:t xml:space="preserve">〇〇〇〇年〇月〇日〜〇月〇日</w:t>
                </w:r>
              </w:p>
            </w:sdtContent>
          </w:sdt>
        </w:tc>
        <w:tc>
          <w:tcPr>
            <w:tcW w:w="1662" w:type="dxa"/>
            <w:gridSpan w:val="2"/>
            <w:tcBorders>
              <w:top w:val="single" w:sz="4" w:space="0" w:color="9AA5B1"/>
              <w:left w:val="single" w:sz="4" w:space="0" w:color="9AA5B1"/>
              <w:bottom w:val="single" w:sz="4" w:space="0" w:color="9AA5B1"/>
              <w:right w:val="single" w:sz="4" w:space="0" w:color="9AA5B1"/>
            </w:tcBorders>
            <w:shd w:val="clear" w:color="auto" w:fill="F3F4F6"/>
            <w:vAlign w:val="center"/>
          </w:tcPr>
          <w:p>
            <w:pPr>
              <w:spacing w:before="0" w:after="0" w:line="280" w:lineRule="exact"/>
              <w:jc w:val="left"/>
              <w:rPr>
                <w:b/>
                <w:bCs/>
                <w:color w:val="222222"/>
                <w:sz w:val="18"/>
                <w:szCs w:val="18"/>
              </w:rPr>
            </w:pPr>
            <w:r>
              <w:rPr>
                <w:b/>
                <w:bCs/>
                <w:color w:val="222222"/>
                <w:sz w:val="18"/>
                <w:szCs w:val="18"/>
              </w:rPr>
              <w:t xml:space="preserve">完了日</w:t>
            </w:r>
          </w:p>
        </w:tc>
        <w:tc>
          <w:tcPr>
            <w:tcW w:w="3324" w:type="dxa"/>
            <w:gridSpan w:val="4"/>
            <w:tcBorders>
              <w:top w:val="single" w:sz="4" w:space="0" w:color="9AA5B1"/>
              <w:left w:val="single" w:sz="4" w:space="0" w:color="9AA5B1"/>
              <w:bottom w:val="single" w:sz="4" w:space="0" w:color="9AA5B1"/>
              <w:right w:val="single" w:sz="4" w:space="0" w:color="9AA5B1"/>
            </w:tcBorders>
            <w:vAlign w:val="center"/>
          </w:tcPr>
          <w:sdt>
            <w:sdtPr>
              <w:rPr>
                <w:color w:val="222222"/>
                <w:sz w:val="20"/>
                <w:szCs w:val="20"/>
              </w:rPr>
              <w:alias w:val="完了日"/>
              <w:id w:val="41004"/>
              <w:showingPlcHdr/>
            </w:sdtPr>
            <w:sdtContent>
              <w:p>
                <w:pPr>
                  <w:spacing w:before="0" w:after="0" w:line="280" w:lineRule="exact"/>
                  <w:jc w:val="left"/>
                  <w:rPr>
                    <w:color w:val="222222"/>
                    <w:sz w:val="20"/>
                    <w:szCs w:val="20"/>
                  </w:rPr>
                </w:pPr>
                <w:r>
                  <w:rPr>
                    <w:color w:val="8A94A0"/>
                    <w:sz w:val="20"/>
                    <w:szCs w:val="20"/>
                  </w:rPr>
                  <w:t xml:space="preserve">〇〇〇〇年〇月〇日</w:t>
                </w:r>
              </w:p>
            </w:sdtContent>
          </w:sdt>
        </w:tc>
      </w:tr>
      <w:tr>
        <w:trPr>
          <w:cantSplit/>
          <w:trHeight w:val="420" w:hRule="atLeast"/>
        </w:trPr>
        <w:tc>
          <w:tcPr>
            <w:tcW w:w="1662" w:type="dxa"/>
            <w:gridSpan w:val="2"/>
            <w:tcBorders>
              <w:top w:val="single" w:sz="4" w:space="0" w:color="9AA5B1"/>
              <w:left w:val="single" w:sz="4" w:space="0" w:color="9AA5B1"/>
              <w:bottom w:val="single" w:sz="4" w:space="0" w:color="9AA5B1"/>
              <w:right w:val="single" w:sz="4" w:space="0" w:color="9AA5B1"/>
            </w:tcBorders>
            <w:shd w:val="clear" w:color="auto" w:fill="F3F4F6"/>
            <w:vAlign w:val="center"/>
          </w:tcPr>
          <w:p>
            <w:pPr>
              <w:spacing w:before="0" w:after="0" w:line="280" w:lineRule="exact"/>
              <w:jc w:val="left"/>
              <w:rPr>
                <w:b/>
                <w:bCs/>
                <w:color w:val="222222"/>
                <w:sz w:val="18"/>
                <w:szCs w:val="18"/>
              </w:rPr>
            </w:pPr>
            <w:r>
              <w:rPr>
                <w:b/>
                <w:bCs/>
                <w:color w:val="222222"/>
                <w:sz w:val="18"/>
                <w:szCs w:val="18"/>
              </w:rPr>
              <w:t xml:space="preserve">委託料</w:t>
            </w:r>
          </w:p>
        </w:tc>
        <w:tc>
          <w:tcPr>
            <w:tcW w:w="8310" w:type="dxa"/>
            <w:gridSpan w:val="10"/>
            <w:tcBorders>
              <w:top w:val="single" w:sz="4" w:space="0" w:color="9AA5B1"/>
              <w:left w:val="single" w:sz="4" w:space="0" w:color="9AA5B1"/>
              <w:bottom w:val="single" w:sz="4" w:space="0" w:color="9AA5B1"/>
              <w:right w:val="single" w:sz="4" w:space="0" w:color="9AA5B1"/>
            </w:tcBorders>
            <w:vAlign w:val="center"/>
          </w:tcPr>
          <w:sdt>
            <w:sdtPr>
              <w:rPr>
                <w:color w:val="222222"/>
                <w:sz w:val="20"/>
                <w:szCs w:val="20"/>
              </w:rPr>
              <w:alias w:val="委託料"/>
              <w:id w:val="41005"/>
              <w:showingPlcHdr/>
            </w:sdtPr>
            <w:sdtContent>
              <w:p>
                <w:pPr>
                  <w:spacing w:before="0" w:after="0" w:line="280" w:lineRule="exact"/>
                  <w:jc w:val="left"/>
                  <w:rPr>
                    <w:color w:val="222222"/>
                    <w:sz w:val="20"/>
                    <w:szCs w:val="20"/>
                  </w:rPr>
                </w:pPr>
                <w:r>
                  <w:rPr>
                    <w:color w:val="8A94A0"/>
                    <w:sz w:val="20"/>
                    <w:szCs w:val="20"/>
                  </w:rPr>
                  <w:t xml:space="preserve">〇〇〇円（税別・契約書のとおり）</w:t>
                </w:r>
              </w:p>
            </w:sdtContent>
          </w:sdt>
        </w:tc>
      </w:tr>
    </w:tbl>
    <w:p>
      <w:pPr>
        <w:spacing w:before="0" w:after="0" w:line="160" w:lineRule="exact"/>
        <w:rPr>
          <w:sz w:val="2"/>
          <w:szCs w:val="2"/>
        </w:rPr>
      </w:pPr>
    </w:p>
    <w:tbl>
      <w:tblPr>
        <w:tblW w:w="9972" w:type="dxa"/>
        <w:tblInd w:w="0" w:type="dxa"/>
        <w:tblLayout w:type="fixed"/>
        <w:tblCellMar>
          <w:top w:w="30" w:type="dxa"/>
          <w:left w:w="80" w:type="dxa"/>
          <w:bottom w:w="30" w:type="dxa"/>
          <w:right w:w="80" w:type="dxa"/>
        </w:tblCellMar>
        <w:tblLook w:val="04A0" w:firstRow="1" w:lastRow="0" w:firstColumn="1" w:lastColumn="0" w:noHBand="0" w:noVBand="1"/>
      </w:tblPr>
      <w:tblGrid>
        <w:gridCol w:w="831"/>
        <w:gridCol w:w="831"/>
        <w:gridCol w:w="831"/>
        <w:gridCol w:w="831"/>
        <w:gridCol w:w="831"/>
        <w:gridCol w:w="831"/>
        <w:gridCol w:w="831"/>
        <w:gridCol w:w="831"/>
        <w:gridCol w:w="831"/>
        <w:gridCol w:w="831"/>
        <w:gridCol w:w="831"/>
        <w:gridCol w:w="831"/>
      </w:tblGrid>
      <w:tr>
        <w:trPr>
          <w:cantSplit/>
          <w:trHeight w:val="400" w:hRule="atLeast"/>
        </w:trPr>
        <w:tc>
          <w:tcPr>
            <w:tcW w:w="9972" w:type="dxa"/>
            <w:gridSpan w:val="12"/>
            <w:tcBorders>
              <w:top w:val="single" w:sz="4" w:space="0" w:color="9AA5B1"/>
              <w:left w:val="single" w:sz="4" w:space="0" w:color="9AA5B1"/>
              <w:bottom w:val="single" w:sz="4" w:space="0" w:color="9AA5B1"/>
              <w:right w:val="single" w:sz="4" w:space="0" w:color="9AA5B1"/>
            </w:tcBorders>
            <w:shd w:val="clear" w:color="auto" w:fill="E8F0F6"/>
            <w:vAlign w:val="center"/>
          </w:tcPr>
          <w:p>
            <w:pPr>
              <w:pStyle w:val="ReportHeading"/>
              <w:keepNext/>
              <w:spacing w:before="0" w:after="0" w:line="280" w:lineRule="exact"/>
              <w:jc w:val="left"/>
              <w:rPr>
                <w:b/>
                <w:bCs/>
                <w:color w:val="1F3A5F"/>
                <w:sz w:val="20"/>
                <w:szCs w:val="20"/>
              </w:rPr>
            </w:pPr>
            <w:r>
              <w:rPr>
                <w:b/>
                <w:bCs/>
                <w:color w:val="1F3A5F"/>
                <w:sz w:val="20"/>
                <w:szCs w:val="20"/>
              </w:rPr>
              <w:t xml:space="preserve">1. 委託の範囲と実施の結果</w:t>
            </w:r>
          </w:p>
        </w:tc>
      </w:tr>
      <w:tr>
        <w:trPr>
          <w:cantSplit/>
          <w:trHeight w:val="420" w:hRule="atLeast"/>
        </w:trPr>
        <w:tc>
          <w:tcPr>
            <w:tcW w:w="1662" w:type="dxa"/>
            <w:gridSpan w:val="2"/>
            <w:tcBorders>
              <w:top w:val="single" w:sz="4" w:space="0" w:color="9AA5B1"/>
              <w:left w:val="single" w:sz="4" w:space="0" w:color="9AA5B1"/>
              <w:bottom w:val="single" w:sz="4" w:space="0" w:color="9AA5B1"/>
              <w:right w:val="single" w:sz="4" w:space="0" w:color="9AA5B1"/>
            </w:tcBorders>
            <w:shd w:val="clear" w:color="auto" w:fill="F3F4F6"/>
            <w:vAlign w:val="center"/>
          </w:tcPr>
          <w:p>
            <w:pPr>
              <w:spacing w:before="0" w:after="0" w:line="280" w:lineRule="exact"/>
              <w:jc w:val="left"/>
              <w:rPr>
                <w:b/>
                <w:bCs/>
                <w:color w:val="222222"/>
                <w:sz w:val="18"/>
                <w:szCs w:val="18"/>
              </w:rPr>
            </w:pPr>
            <w:r>
              <w:rPr>
                <w:b/>
                <w:bCs/>
                <w:color w:val="222222"/>
                <w:sz w:val="18"/>
                <w:szCs w:val="18"/>
              </w:rPr>
              <w:t xml:space="preserve">範囲の項目</w:t>
            </w:r>
          </w:p>
        </w:tc>
        <w:tc>
          <w:tcPr>
            <w:tcW w:w="1662" w:type="dxa"/>
            <w:gridSpan w:val="2"/>
            <w:tcBorders>
              <w:top w:val="single" w:sz="4" w:space="0" w:color="9AA5B1"/>
              <w:left w:val="single" w:sz="4" w:space="0" w:color="9AA5B1"/>
              <w:bottom w:val="single" w:sz="4" w:space="0" w:color="9AA5B1"/>
              <w:right w:val="single" w:sz="4" w:space="0" w:color="9AA5B1"/>
            </w:tcBorders>
            <w:vAlign w:val="center"/>
          </w:tcPr>
          <w:p>
            <w:pPr>
              <w:spacing w:before="0" w:after="0" w:line="280" w:lineRule="exact"/>
              <w:jc w:val="right"/>
              <w:rPr>
                <w:color w:val="222222"/>
                <w:sz w:val="20"/>
                <w:szCs w:val="20"/>
              </w:rPr>
            </w:pPr>
          </w:p>
        </w:tc>
        <w:tc>
          <w:tcPr>
            <w:tcW w:w="1662" w:type="dxa"/>
            <w:gridSpan w:val="2"/>
            <w:tcBorders>
              <w:top w:val="single" w:sz="4" w:space="0" w:color="9AA5B1"/>
              <w:left w:val="single" w:sz="4" w:space="0" w:color="9AA5B1"/>
              <w:bottom w:val="single" w:sz="4" w:space="0" w:color="9AA5B1"/>
              <w:right w:val="single" w:sz="4" w:space="0" w:color="9AA5B1"/>
            </w:tcBorders>
            <w:shd w:val="clear" w:color="auto" w:fill="F3F4F6"/>
            <w:vAlign w:val="center"/>
          </w:tcPr>
          <w:p>
            <w:pPr>
              <w:spacing w:before="0" w:after="0" w:line="280" w:lineRule="exact"/>
              <w:jc w:val="left"/>
              <w:rPr>
                <w:b/>
                <w:bCs/>
                <w:color w:val="222222"/>
                <w:sz w:val="18"/>
                <w:szCs w:val="18"/>
              </w:rPr>
            </w:pPr>
            <w:r>
              <w:rPr>
                <w:b/>
                <w:bCs/>
                <w:color w:val="222222"/>
                <w:sz w:val="18"/>
                <w:szCs w:val="18"/>
              </w:rPr>
              <w:t xml:space="preserve">完了</w:t>
            </w:r>
          </w:p>
        </w:tc>
        <w:tc>
          <w:tcPr>
            <w:tcW w:w="1662" w:type="dxa"/>
            <w:gridSpan w:val="2"/>
            <w:tcBorders>
              <w:top w:val="single" w:sz="4" w:space="0" w:color="9AA5B1"/>
              <w:left w:val="single" w:sz="4" w:space="0" w:color="9AA5B1"/>
              <w:bottom w:val="single" w:sz="4" w:space="0" w:color="9AA5B1"/>
              <w:right w:val="single" w:sz="4" w:space="0" w:color="9AA5B1"/>
            </w:tcBorders>
            <w:vAlign w:val="center"/>
          </w:tcPr>
          <w:p>
            <w:pPr>
              <w:spacing w:before="0" w:after="0" w:line="280" w:lineRule="exact"/>
              <w:jc w:val="right"/>
              <w:rPr>
                <w:color w:val="222222"/>
                <w:sz w:val="20"/>
                <w:szCs w:val="20"/>
              </w:rPr>
            </w:pPr>
          </w:p>
        </w:tc>
        <w:tc>
          <w:tcPr>
            <w:tcW w:w="1662" w:type="dxa"/>
            <w:gridSpan w:val="2"/>
            <w:tcBorders>
              <w:top w:val="single" w:sz="4" w:space="0" w:color="9AA5B1"/>
              <w:left w:val="single" w:sz="4" w:space="0" w:color="9AA5B1"/>
              <w:bottom w:val="single" w:sz="4" w:space="0" w:color="9AA5B1"/>
              <w:right w:val="single" w:sz="4" w:space="0" w:color="9AA5B1"/>
            </w:tcBorders>
            <w:shd w:val="clear" w:color="auto" w:fill="F3F4F6"/>
            <w:vAlign w:val="center"/>
          </w:tcPr>
          <w:p>
            <w:pPr>
              <w:spacing w:before="0" w:after="0" w:line="280" w:lineRule="exact"/>
              <w:jc w:val="left"/>
              <w:rPr>
                <w:b/>
                <w:bCs/>
                <w:color w:val="222222"/>
                <w:sz w:val="18"/>
                <w:szCs w:val="18"/>
              </w:rPr>
            </w:pPr>
            <w:r>
              <w:rPr>
                <w:b/>
                <w:bCs/>
                <w:color w:val="222222"/>
                <w:sz w:val="18"/>
                <w:szCs w:val="18"/>
              </w:rPr>
              <w:t xml:space="preserve">完了していない</w:t>
            </w:r>
          </w:p>
        </w:tc>
        <w:tc>
          <w:tcPr>
            <w:tcW w:w="1662" w:type="dxa"/>
            <w:gridSpan w:val="2"/>
            <w:tcBorders>
              <w:top w:val="single" w:sz="4" w:space="0" w:color="9AA5B1"/>
              <w:left w:val="single" w:sz="4" w:space="0" w:color="9AA5B1"/>
              <w:bottom w:val="single" w:sz="4" w:space="0" w:color="9AA5B1"/>
              <w:right w:val="single" w:sz="4" w:space="0" w:color="9AA5B1"/>
            </w:tcBorders>
            <w:vAlign w:val="center"/>
          </w:tcPr>
          <w:p>
            <w:pPr>
              <w:spacing w:before="0" w:after="0" w:line="280" w:lineRule="exact"/>
              <w:jc w:val="right"/>
              <w:rPr>
                <w:color w:val="222222"/>
                <w:sz w:val="20"/>
                <w:szCs w:val="20"/>
              </w:rPr>
            </w:pPr>
          </w:p>
        </w:tc>
      </w:tr>
    </w:tbl>
    <w:p>
      <w:pPr>
        <w:spacing w:before="0" w:after="0" w:line="80" w:lineRule="exact"/>
        <w:rPr>
          <w:sz w:val="2"/>
          <w:szCs w:val="2"/>
        </w:rPr>
      </w:pPr>
    </w:p>
    <w:tbl>
      <w:tblPr>
        <w:tblW w:w="9972" w:type="dxa"/>
        <w:tblInd w:w="0" w:type="dxa"/>
        <w:tblLayout w:type="fixed"/>
        <w:tblCellMar>
          <w:top w:w="30" w:type="dxa"/>
          <w:left w:w="80" w:type="dxa"/>
          <w:bottom w:w="30" w:type="dxa"/>
          <w:right w:w="80" w:type="dxa"/>
        </w:tblCellMar>
        <w:tblLook w:val="04A0" w:firstRow="1" w:lastRow="0" w:firstColumn="1" w:lastColumn="0" w:noHBand="0" w:noVBand="1"/>
      </w:tblPr>
      <w:tblGrid>
        <w:gridCol w:w="831"/>
        <w:gridCol w:w="831"/>
        <w:gridCol w:w="831"/>
        <w:gridCol w:w="831"/>
        <w:gridCol w:w="831"/>
        <w:gridCol w:w="831"/>
        <w:gridCol w:w="831"/>
        <w:gridCol w:w="831"/>
        <w:gridCol w:w="831"/>
        <w:gridCol w:w="831"/>
        <w:gridCol w:w="831"/>
        <w:gridCol w:w="831"/>
      </w:tblGrid>
      <w:tr>
        <w:trPr>
          <w:cantSplit/>
          <w:trHeight w:val="400" w:hRule="atLeast"/>
          <w:tblHeader/>
        </w:trPr>
        <w:tc>
          <w:tcPr>
            <w:tcW w:w="831" w:type="dxa"/>
            <w:tcBorders>
              <w:top w:val="single" w:sz="4" w:space="0" w:color="9AA5B1"/>
              <w:left w:val="single" w:sz="4" w:space="0" w:color="9AA5B1"/>
              <w:bottom w:val="single" w:sz="4" w:space="0" w:color="9AA5B1"/>
              <w:right w:val="single" w:sz="4" w:space="0" w:color="9AA5B1"/>
            </w:tcBorders>
            <w:shd w:val="clear" w:color="auto" w:fill="1F3A5F"/>
            <w:vAlign w:val="center"/>
          </w:tcPr>
          <w:p>
            <w:pPr>
              <w:keepNext/>
              <w:spacing w:before="0" w:after="0" w:line="280" w:lineRule="exact"/>
              <w:jc w:val="center"/>
              <w:rPr>
                <w:b/>
                <w:bCs/>
                <w:color w:val="FFFFFF"/>
                <w:sz w:val="18"/>
                <w:szCs w:val="18"/>
              </w:rPr>
            </w:pPr>
            <w:r>
              <w:rPr>
                <w:b/>
                <w:bCs/>
                <w:color w:val="FFFFFF"/>
                <w:sz w:val="18"/>
                <w:szCs w:val="18"/>
              </w:rPr>
              <w:t xml:space="preserve">No.</w:t>
            </w:r>
          </w:p>
        </w:tc>
        <w:tc>
          <w:tcPr>
            <w:tcW w:w="3324" w:type="dxa"/>
            <w:gridSpan w:val="4"/>
            <w:tcBorders>
              <w:top w:val="single" w:sz="4" w:space="0" w:color="9AA5B1"/>
              <w:left w:val="single" w:sz="4" w:space="0" w:color="9AA5B1"/>
              <w:bottom w:val="single" w:sz="4" w:space="0" w:color="9AA5B1"/>
              <w:right w:val="single" w:sz="4" w:space="0" w:color="9AA5B1"/>
            </w:tcBorders>
            <w:shd w:val="clear" w:color="auto" w:fill="1F3A5F"/>
            <w:vAlign w:val="center"/>
          </w:tcPr>
          <w:p>
            <w:pPr>
              <w:keepNext/>
              <w:spacing w:before="0" w:after="0" w:line="280" w:lineRule="exact"/>
              <w:jc w:val="center"/>
              <w:rPr>
                <w:b/>
                <w:bCs/>
                <w:color w:val="FFFFFF"/>
                <w:sz w:val="18"/>
                <w:szCs w:val="18"/>
              </w:rPr>
            </w:pPr>
            <w:r>
              <w:rPr>
                <w:b/>
                <w:bCs/>
                <w:color w:val="FFFFFF"/>
                <w:sz w:val="18"/>
                <w:szCs w:val="18"/>
              </w:rPr>
              <w:t xml:space="preserve">委託の範囲（契約書の項目）</w:t>
            </w:r>
          </w:p>
        </w:tc>
        <w:tc>
          <w:tcPr>
            <w:tcW w:w="4155" w:type="dxa"/>
            <w:gridSpan w:val="5"/>
            <w:tcBorders>
              <w:top w:val="single" w:sz="4" w:space="0" w:color="9AA5B1"/>
              <w:left w:val="single" w:sz="4" w:space="0" w:color="9AA5B1"/>
              <w:bottom w:val="single" w:sz="4" w:space="0" w:color="9AA5B1"/>
              <w:right w:val="single" w:sz="4" w:space="0" w:color="9AA5B1"/>
            </w:tcBorders>
            <w:shd w:val="clear" w:color="auto" w:fill="1F3A5F"/>
            <w:vAlign w:val="center"/>
          </w:tcPr>
          <w:p>
            <w:pPr>
              <w:keepNext/>
              <w:spacing w:before="0" w:after="0" w:line="280" w:lineRule="exact"/>
              <w:jc w:val="center"/>
              <w:rPr>
                <w:b/>
                <w:bCs/>
                <w:color w:val="FFFFFF"/>
                <w:sz w:val="18"/>
                <w:szCs w:val="18"/>
              </w:rPr>
            </w:pPr>
            <w:r>
              <w:rPr>
                <w:b/>
                <w:bCs/>
                <w:color w:val="FFFFFF"/>
                <w:sz w:val="18"/>
                <w:szCs w:val="18"/>
              </w:rPr>
              <w:t xml:space="preserve">実施した内容と結果</w:t>
            </w:r>
          </w:p>
        </w:tc>
        <w:tc>
          <w:tcPr>
            <w:tcW w:w="1662" w:type="dxa"/>
            <w:gridSpan w:val="2"/>
            <w:tcBorders>
              <w:top w:val="single" w:sz="4" w:space="0" w:color="9AA5B1"/>
              <w:left w:val="single" w:sz="4" w:space="0" w:color="9AA5B1"/>
              <w:bottom w:val="single" w:sz="4" w:space="0" w:color="9AA5B1"/>
              <w:right w:val="single" w:sz="4" w:space="0" w:color="9AA5B1"/>
            </w:tcBorders>
            <w:shd w:val="clear" w:color="auto" w:fill="1F3A5F"/>
            <w:vAlign w:val="center"/>
          </w:tcPr>
          <w:p>
            <w:pPr>
              <w:keepNext/>
              <w:spacing w:before="0" w:after="0" w:line="280" w:lineRule="exact"/>
              <w:jc w:val="center"/>
              <w:rPr>
                <w:b/>
                <w:bCs/>
                <w:color w:val="FFFFFF"/>
                <w:sz w:val="18"/>
                <w:szCs w:val="18"/>
              </w:rPr>
            </w:pPr>
            <w:r>
              <w:rPr>
                <w:b/>
                <w:bCs/>
                <w:color w:val="FFFFFF"/>
                <w:sz w:val="18"/>
                <w:szCs w:val="18"/>
              </w:rPr>
              <w:t xml:space="preserve">状況</w:t>
            </w:r>
          </w:p>
        </w:tc>
      </w:tr>
      <w:tr>
        <w:trPr>
          <w:cantSplit/>
          <w:trHeight w:val="440" w:hRule="atLeast"/>
        </w:trPr>
        <w:tc>
          <w:tcPr>
            <w:tcW w:w="831" w:type="dxa"/>
            <w:tcBorders>
              <w:top w:val="single" w:sz="4" w:space="0" w:color="9AA5B1"/>
              <w:left w:val="single" w:sz="4" w:space="0" w:color="9AA5B1"/>
              <w:bottom w:val="single" w:sz="4" w:space="0" w:color="9AA5B1"/>
              <w:right w:val="single" w:sz="4" w:space="0" w:color="9AA5B1"/>
            </w:tcBorders>
            <w:vAlign w:val="center"/>
          </w:tcPr>
          <w:p>
            <w:pPr>
              <w:spacing w:before="0" w:after="0" w:line="280" w:lineRule="exact"/>
              <w:jc w:val="center"/>
              <w:rPr>
                <w:color w:val="222222"/>
                <w:sz w:val="20"/>
                <w:szCs w:val="20"/>
              </w:rPr>
            </w:pPr>
          </w:p>
        </w:tc>
        <w:tc>
          <w:tcPr>
            <w:tcW w:w="3324" w:type="dxa"/>
            <w:gridSpan w:val="4"/>
            <w:tcBorders>
              <w:top w:val="single" w:sz="4" w:space="0" w:color="9AA5B1"/>
              <w:left w:val="single" w:sz="4" w:space="0" w:color="9AA5B1"/>
              <w:bottom w:val="single" w:sz="4" w:space="0" w:color="9AA5B1"/>
              <w:right w:val="single" w:sz="4" w:space="0" w:color="9AA5B1"/>
            </w:tcBorders>
            <w:vAlign w:val="center"/>
          </w:tcPr>
          <w:p>
            <w:pPr>
              <w:spacing w:before="0" w:after="0" w:line="280" w:lineRule="exact"/>
              <w:jc w:val="left"/>
              <w:rPr>
                <w:color w:val="222222"/>
                <w:sz w:val="20"/>
                <w:szCs w:val="20"/>
              </w:rPr>
            </w:pPr>
          </w:p>
        </w:tc>
        <w:tc>
          <w:tcPr>
            <w:tcW w:w="4155" w:type="dxa"/>
            <w:gridSpan w:val="5"/>
            <w:tcBorders>
              <w:top w:val="single" w:sz="4" w:space="0" w:color="9AA5B1"/>
              <w:left w:val="single" w:sz="4" w:space="0" w:color="9AA5B1"/>
              <w:bottom w:val="single" w:sz="4" w:space="0" w:color="9AA5B1"/>
              <w:right w:val="single" w:sz="4" w:space="0" w:color="9AA5B1"/>
            </w:tcBorders>
            <w:vAlign w:val="center"/>
          </w:tcPr>
          <w:p>
            <w:pPr>
              <w:spacing w:before="0" w:after="0" w:line="280" w:lineRule="exact"/>
              <w:jc w:val="left"/>
              <w:rPr>
                <w:color w:val="222222"/>
                <w:sz w:val="18"/>
                <w:szCs w:val="18"/>
              </w:rPr>
            </w:pPr>
          </w:p>
        </w:tc>
        <w:tc>
          <w:tcPr>
            <w:tcW w:w="1662" w:type="dxa"/>
            <w:gridSpan w:val="2"/>
            <w:tcBorders>
              <w:top w:val="single" w:sz="4" w:space="0" w:color="9AA5B1"/>
              <w:left w:val="single" w:sz="4" w:space="0" w:color="9AA5B1"/>
              <w:bottom w:val="single" w:sz="4" w:space="0" w:color="9AA5B1"/>
              <w:right w:val="single" w:sz="4" w:space="0" w:color="9AA5B1"/>
            </w:tcBorders>
            <w:vAlign w:val="center"/>
          </w:tcPr>
          <w:p>
            <w:pPr>
              <w:spacing w:before="0" w:after="0" w:line="280" w:lineRule="exact"/>
              <w:jc w:val="center"/>
              <w:rPr>
                <w:color w:val="222222"/>
                <w:sz w:val="20"/>
                <w:szCs w:val="20"/>
              </w:rPr>
            </w:pPr>
          </w:p>
        </w:tc>
      </w:tr>
      <w:tr>
        <w:trPr>
          <w:cantSplit/>
          <w:trHeight w:val="440" w:hRule="atLeast"/>
        </w:trPr>
        <w:tc>
          <w:tcPr>
            <w:tcW w:w="831" w:type="dxa"/>
            <w:tcBorders>
              <w:top w:val="single" w:sz="4" w:space="0" w:color="9AA5B1"/>
              <w:left w:val="single" w:sz="4" w:space="0" w:color="9AA5B1"/>
              <w:bottom w:val="single" w:sz="4" w:space="0" w:color="9AA5B1"/>
              <w:right w:val="single" w:sz="4" w:space="0" w:color="9AA5B1"/>
            </w:tcBorders>
            <w:vAlign w:val="center"/>
          </w:tcPr>
          <w:p>
            <w:pPr>
              <w:spacing w:before="0" w:after="0" w:line="280" w:lineRule="exact"/>
              <w:jc w:val="center"/>
              <w:rPr>
                <w:color w:val="222222"/>
                <w:sz w:val="20"/>
                <w:szCs w:val="20"/>
              </w:rPr>
            </w:pPr>
          </w:p>
        </w:tc>
        <w:tc>
          <w:tcPr>
            <w:tcW w:w="3324" w:type="dxa"/>
            <w:gridSpan w:val="4"/>
            <w:tcBorders>
              <w:top w:val="single" w:sz="4" w:space="0" w:color="9AA5B1"/>
              <w:left w:val="single" w:sz="4" w:space="0" w:color="9AA5B1"/>
              <w:bottom w:val="single" w:sz="4" w:space="0" w:color="9AA5B1"/>
              <w:right w:val="single" w:sz="4" w:space="0" w:color="9AA5B1"/>
            </w:tcBorders>
            <w:vAlign w:val="center"/>
          </w:tcPr>
          <w:p>
            <w:pPr>
              <w:spacing w:before="0" w:after="0" w:line="280" w:lineRule="exact"/>
              <w:jc w:val="left"/>
              <w:rPr>
                <w:color w:val="222222"/>
                <w:sz w:val="20"/>
                <w:szCs w:val="20"/>
              </w:rPr>
            </w:pPr>
          </w:p>
        </w:tc>
        <w:tc>
          <w:tcPr>
            <w:tcW w:w="4155" w:type="dxa"/>
            <w:gridSpan w:val="5"/>
            <w:tcBorders>
              <w:top w:val="single" w:sz="4" w:space="0" w:color="9AA5B1"/>
              <w:left w:val="single" w:sz="4" w:space="0" w:color="9AA5B1"/>
              <w:bottom w:val="single" w:sz="4" w:space="0" w:color="9AA5B1"/>
              <w:right w:val="single" w:sz="4" w:space="0" w:color="9AA5B1"/>
            </w:tcBorders>
            <w:vAlign w:val="center"/>
          </w:tcPr>
          <w:p>
            <w:pPr>
              <w:spacing w:before="0" w:after="0" w:line="280" w:lineRule="exact"/>
              <w:jc w:val="left"/>
              <w:rPr>
                <w:color w:val="222222"/>
                <w:sz w:val="18"/>
                <w:szCs w:val="18"/>
              </w:rPr>
            </w:pPr>
          </w:p>
        </w:tc>
        <w:tc>
          <w:tcPr>
            <w:tcW w:w="1662" w:type="dxa"/>
            <w:gridSpan w:val="2"/>
            <w:tcBorders>
              <w:top w:val="single" w:sz="4" w:space="0" w:color="9AA5B1"/>
              <w:left w:val="single" w:sz="4" w:space="0" w:color="9AA5B1"/>
              <w:bottom w:val="single" w:sz="4" w:space="0" w:color="9AA5B1"/>
              <w:right w:val="single" w:sz="4" w:space="0" w:color="9AA5B1"/>
            </w:tcBorders>
            <w:vAlign w:val="center"/>
          </w:tcPr>
          <w:p>
            <w:pPr>
              <w:spacing w:before="0" w:after="0" w:line="280" w:lineRule="exact"/>
              <w:jc w:val="center"/>
              <w:rPr>
                <w:color w:val="222222"/>
                <w:sz w:val="20"/>
                <w:szCs w:val="20"/>
              </w:rPr>
            </w:pPr>
          </w:p>
        </w:tc>
      </w:tr>
      <w:tr>
        <w:trPr>
          <w:cantSplit/>
          <w:trHeight w:val="440" w:hRule="atLeast"/>
        </w:trPr>
        <w:tc>
          <w:tcPr>
            <w:tcW w:w="831" w:type="dxa"/>
            <w:tcBorders>
              <w:top w:val="single" w:sz="4" w:space="0" w:color="9AA5B1"/>
              <w:left w:val="single" w:sz="4" w:space="0" w:color="9AA5B1"/>
              <w:bottom w:val="single" w:sz="4" w:space="0" w:color="9AA5B1"/>
              <w:right w:val="single" w:sz="4" w:space="0" w:color="9AA5B1"/>
            </w:tcBorders>
            <w:vAlign w:val="center"/>
          </w:tcPr>
          <w:p>
            <w:pPr>
              <w:spacing w:before="0" w:after="0" w:line="280" w:lineRule="exact"/>
              <w:jc w:val="center"/>
              <w:rPr>
                <w:color w:val="222222"/>
                <w:sz w:val="20"/>
                <w:szCs w:val="20"/>
              </w:rPr>
            </w:pPr>
          </w:p>
        </w:tc>
        <w:tc>
          <w:tcPr>
            <w:tcW w:w="3324" w:type="dxa"/>
            <w:gridSpan w:val="4"/>
            <w:tcBorders>
              <w:top w:val="single" w:sz="4" w:space="0" w:color="9AA5B1"/>
              <w:left w:val="single" w:sz="4" w:space="0" w:color="9AA5B1"/>
              <w:bottom w:val="single" w:sz="4" w:space="0" w:color="9AA5B1"/>
              <w:right w:val="single" w:sz="4" w:space="0" w:color="9AA5B1"/>
            </w:tcBorders>
            <w:vAlign w:val="center"/>
          </w:tcPr>
          <w:p>
            <w:pPr>
              <w:spacing w:before="0" w:after="0" w:line="280" w:lineRule="exact"/>
              <w:jc w:val="left"/>
              <w:rPr>
                <w:color w:val="222222"/>
                <w:sz w:val="20"/>
                <w:szCs w:val="20"/>
              </w:rPr>
            </w:pPr>
          </w:p>
        </w:tc>
        <w:tc>
          <w:tcPr>
            <w:tcW w:w="4155" w:type="dxa"/>
            <w:gridSpan w:val="5"/>
            <w:tcBorders>
              <w:top w:val="single" w:sz="4" w:space="0" w:color="9AA5B1"/>
              <w:left w:val="single" w:sz="4" w:space="0" w:color="9AA5B1"/>
              <w:bottom w:val="single" w:sz="4" w:space="0" w:color="9AA5B1"/>
              <w:right w:val="single" w:sz="4" w:space="0" w:color="9AA5B1"/>
            </w:tcBorders>
            <w:vAlign w:val="center"/>
          </w:tcPr>
          <w:p>
            <w:pPr>
              <w:spacing w:before="0" w:after="0" w:line="280" w:lineRule="exact"/>
              <w:jc w:val="left"/>
              <w:rPr>
                <w:color w:val="222222"/>
                <w:sz w:val="18"/>
                <w:szCs w:val="18"/>
              </w:rPr>
            </w:pPr>
          </w:p>
        </w:tc>
        <w:tc>
          <w:tcPr>
            <w:tcW w:w="1662" w:type="dxa"/>
            <w:gridSpan w:val="2"/>
            <w:tcBorders>
              <w:top w:val="single" w:sz="4" w:space="0" w:color="9AA5B1"/>
              <w:left w:val="single" w:sz="4" w:space="0" w:color="9AA5B1"/>
              <w:bottom w:val="single" w:sz="4" w:space="0" w:color="9AA5B1"/>
              <w:right w:val="single" w:sz="4" w:space="0" w:color="9AA5B1"/>
            </w:tcBorders>
            <w:vAlign w:val="center"/>
          </w:tcPr>
          <w:p>
            <w:pPr>
              <w:spacing w:before="0" w:after="0" w:line="280" w:lineRule="exact"/>
              <w:jc w:val="center"/>
              <w:rPr>
                <w:color w:val="222222"/>
                <w:sz w:val="20"/>
                <w:szCs w:val="20"/>
              </w:rPr>
            </w:pPr>
          </w:p>
        </w:tc>
      </w:tr>
      <w:tr>
        <w:trPr>
          <w:cantSplit/>
          <w:trHeight w:val="440" w:hRule="atLeast"/>
        </w:trPr>
        <w:tc>
          <w:tcPr>
            <w:tcW w:w="831" w:type="dxa"/>
            <w:tcBorders>
              <w:top w:val="single" w:sz="4" w:space="0" w:color="9AA5B1"/>
              <w:left w:val="single" w:sz="4" w:space="0" w:color="9AA5B1"/>
              <w:bottom w:val="single" w:sz="4" w:space="0" w:color="9AA5B1"/>
              <w:right w:val="single" w:sz="4" w:space="0" w:color="9AA5B1"/>
            </w:tcBorders>
            <w:vAlign w:val="center"/>
          </w:tcPr>
          <w:p>
            <w:pPr>
              <w:spacing w:before="0" w:after="0" w:line="280" w:lineRule="exact"/>
              <w:jc w:val="center"/>
              <w:rPr>
                <w:color w:val="222222"/>
                <w:sz w:val="20"/>
                <w:szCs w:val="20"/>
              </w:rPr>
            </w:pPr>
          </w:p>
        </w:tc>
        <w:tc>
          <w:tcPr>
            <w:tcW w:w="3324" w:type="dxa"/>
            <w:gridSpan w:val="4"/>
            <w:tcBorders>
              <w:top w:val="single" w:sz="4" w:space="0" w:color="9AA5B1"/>
              <w:left w:val="single" w:sz="4" w:space="0" w:color="9AA5B1"/>
              <w:bottom w:val="single" w:sz="4" w:space="0" w:color="9AA5B1"/>
              <w:right w:val="single" w:sz="4" w:space="0" w:color="9AA5B1"/>
            </w:tcBorders>
            <w:vAlign w:val="center"/>
          </w:tcPr>
          <w:p>
            <w:pPr>
              <w:spacing w:before="0" w:after="0" w:line="280" w:lineRule="exact"/>
              <w:jc w:val="left"/>
              <w:rPr>
                <w:color w:val="222222"/>
                <w:sz w:val="20"/>
                <w:szCs w:val="20"/>
              </w:rPr>
            </w:pPr>
          </w:p>
        </w:tc>
        <w:tc>
          <w:tcPr>
            <w:tcW w:w="4155" w:type="dxa"/>
            <w:gridSpan w:val="5"/>
            <w:tcBorders>
              <w:top w:val="single" w:sz="4" w:space="0" w:color="9AA5B1"/>
              <w:left w:val="single" w:sz="4" w:space="0" w:color="9AA5B1"/>
              <w:bottom w:val="single" w:sz="4" w:space="0" w:color="9AA5B1"/>
              <w:right w:val="single" w:sz="4" w:space="0" w:color="9AA5B1"/>
            </w:tcBorders>
            <w:vAlign w:val="center"/>
          </w:tcPr>
          <w:p>
            <w:pPr>
              <w:spacing w:before="0" w:after="0" w:line="280" w:lineRule="exact"/>
              <w:jc w:val="left"/>
              <w:rPr>
                <w:color w:val="222222"/>
                <w:sz w:val="18"/>
                <w:szCs w:val="18"/>
              </w:rPr>
            </w:pPr>
          </w:p>
        </w:tc>
        <w:tc>
          <w:tcPr>
            <w:tcW w:w="1662" w:type="dxa"/>
            <w:gridSpan w:val="2"/>
            <w:tcBorders>
              <w:top w:val="single" w:sz="4" w:space="0" w:color="9AA5B1"/>
              <w:left w:val="single" w:sz="4" w:space="0" w:color="9AA5B1"/>
              <w:bottom w:val="single" w:sz="4" w:space="0" w:color="9AA5B1"/>
              <w:right w:val="single" w:sz="4" w:space="0" w:color="9AA5B1"/>
            </w:tcBorders>
            <w:vAlign w:val="center"/>
          </w:tcPr>
          <w:p>
            <w:pPr>
              <w:spacing w:before="0" w:after="0" w:line="280" w:lineRule="exact"/>
              <w:jc w:val="center"/>
              <w:rPr>
                <w:color w:val="222222"/>
                <w:sz w:val="20"/>
                <w:szCs w:val="20"/>
              </w:rPr>
            </w:pPr>
          </w:p>
        </w:tc>
      </w:tr>
      <w:tr>
        <w:trPr>
          <w:cantSplit/>
          <w:trHeight w:val="440" w:hRule="atLeast"/>
        </w:trPr>
        <w:tc>
          <w:tcPr>
            <w:tcW w:w="831" w:type="dxa"/>
            <w:tcBorders>
              <w:top w:val="single" w:sz="4" w:space="0" w:color="9AA5B1"/>
              <w:left w:val="single" w:sz="4" w:space="0" w:color="9AA5B1"/>
              <w:bottom w:val="single" w:sz="4" w:space="0" w:color="9AA5B1"/>
              <w:right w:val="single" w:sz="4" w:space="0" w:color="9AA5B1"/>
            </w:tcBorders>
            <w:vAlign w:val="center"/>
          </w:tcPr>
          <w:p>
            <w:pPr>
              <w:spacing w:before="0" w:after="0" w:line="280" w:lineRule="exact"/>
              <w:jc w:val="center"/>
              <w:rPr>
                <w:color w:val="222222"/>
                <w:sz w:val="20"/>
                <w:szCs w:val="20"/>
              </w:rPr>
            </w:pPr>
          </w:p>
        </w:tc>
        <w:tc>
          <w:tcPr>
            <w:tcW w:w="3324" w:type="dxa"/>
            <w:gridSpan w:val="4"/>
            <w:tcBorders>
              <w:top w:val="single" w:sz="4" w:space="0" w:color="9AA5B1"/>
              <w:left w:val="single" w:sz="4" w:space="0" w:color="9AA5B1"/>
              <w:bottom w:val="single" w:sz="4" w:space="0" w:color="9AA5B1"/>
              <w:right w:val="single" w:sz="4" w:space="0" w:color="9AA5B1"/>
            </w:tcBorders>
            <w:vAlign w:val="center"/>
          </w:tcPr>
          <w:p>
            <w:pPr>
              <w:spacing w:before="0" w:after="0" w:line="280" w:lineRule="exact"/>
              <w:jc w:val="left"/>
              <w:rPr>
                <w:color w:val="222222"/>
                <w:sz w:val="20"/>
                <w:szCs w:val="20"/>
              </w:rPr>
            </w:pPr>
          </w:p>
        </w:tc>
        <w:tc>
          <w:tcPr>
            <w:tcW w:w="4155" w:type="dxa"/>
            <w:gridSpan w:val="5"/>
            <w:tcBorders>
              <w:top w:val="single" w:sz="4" w:space="0" w:color="9AA5B1"/>
              <w:left w:val="single" w:sz="4" w:space="0" w:color="9AA5B1"/>
              <w:bottom w:val="single" w:sz="4" w:space="0" w:color="9AA5B1"/>
              <w:right w:val="single" w:sz="4" w:space="0" w:color="9AA5B1"/>
            </w:tcBorders>
            <w:vAlign w:val="center"/>
          </w:tcPr>
          <w:p>
            <w:pPr>
              <w:spacing w:before="0" w:after="0" w:line="280" w:lineRule="exact"/>
              <w:jc w:val="left"/>
              <w:rPr>
                <w:color w:val="222222"/>
                <w:sz w:val="18"/>
                <w:szCs w:val="18"/>
              </w:rPr>
            </w:pPr>
          </w:p>
        </w:tc>
        <w:tc>
          <w:tcPr>
            <w:tcW w:w="1662" w:type="dxa"/>
            <w:gridSpan w:val="2"/>
            <w:tcBorders>
              <w:top w:val="single" w:sz="4" w:space="0" w:color="9AA5B1"/>
              <w:left w:val="single" w:sz="4" w:space="0" w:color="9AA5B1"/>
              <w:bottom w:val="single" w:sz="4" w:space="0" w:color="9AA5B1"/>
              <w:right w:val="single" w:sz="4" w:space="0" w:color="9AA5B1"/>
            </w:tcBorders>
            <w:vAlign w:val="center"/>
          </w:tcPr>
          <w:p>
            <w:pPr>
              <w:spacing w:before="0" w:after="0" w:line="280" w:lineRule="exact"/>
              <w:jc w:val="center"/>
              <w:rPr>
                <w:color w:val="222222"/>
                <w:sz w:val="20"/>
                <w:szCs w:val="20"/>
              </w:rPr>
            </w:pPr>
          </w:p>
        </w:tc>
      </w:tr>
    </w:tbl>
    <w:p>
      <w:pPr>
        <w:spacing w:before="40" w:after="0" w:line="250" w:lineRule="exact"/>
        <w:jc w:val="left"/>
        <w:rPr>
          <w:color w:val="555555"/>
          <w:sz w:val="17"/>
          <w:szCs w:val="17"/>
        </w:rPr>
      </w:pPr>
      <w:r>
        <w:rPr>
          <w:color w:val="555555"/>
          <w:sz w:val="17"/>
          <w:szCs w:val="17"/>
        </w:rPr>
        <w:t xml:space="preserve">状況は、完了・一部完了・未実施のどれかを書きます。件数は、表の行を数えて書き入れます（Excel 版は数式で数えます）。</w:t>
      </w:r>
    </w:p>
    <w:p>
      <w:pPr>
        <w:spacing w:before="0" w:after="0" w:line="160" w:lineRule="exact"/>
        <w:rPr>
          <w:sz w:val="2"/>
          <w:szCs w:val="2"/>
        </w:rPr>
      </w:pPr>
    </w:p>
    <w:p>
      <w:pPr>
        <w:spacing w:before="0" w:after="0" w:line="20" w:lineRule="exact"/>
        <w:rPr>
          <w:sz w:val="2"/>
        </w:rPr>
      </w:pPr>
      <w:r>
        <w:rPr>
          <w:sz w:val="2"/>
        </w:rPr>
        <w:br w:type="page"/>
      </w:r>
    </w:p>
    <w:tbl>
      <w:tblPr>
        <w:tblW w:w="9972" w:type="dxa"/>
        <w:tblInd w:w="0" w:type="dxa"/>
        <w:tblLayout w:type="fixed"/>
        <w:tblCellMar>
          <w:top w:w="30" w:type="dxa"/>
          <w:left w:w="80" w:type="dxa"/>
          <w:bottom w:w="30" w:type="dxa"/>
          <w:right w:w="80" w:type="dxa"/>
        </w:tblCellMar>
        <w:tblLook w:val="04A0" w:firstRow="1" w:lastRow="0" w:firstColumn="1" w:lastColumn="0" w:noHBand="0" w:noVBand="1"/>
      </w:tblPr>
      <w:tblGrid>
        <w:gridCol w:w="831"/>
        <w:gridCol w:w="831"/>
        <w:gridCol w:w="831"/>
        <w:gridCol w:w="831"/>
        <w:gridCol w:w="831"/>
        <w:gridCol w:w="831"/>
        <w:gridCol w:w="831"/>
        <w:gridCol w:w="831"/>
        <w:gridCol w:w="831"/>
        <w:gridCol w:w="831"/>
        <w:gridCol w:w="831"/>
        <w:gridCol w:w="831"/>
      </w:tblGrid>
      <w:tr>
        <w:trPr>
          <w:cantSplit/>
          <w:trHeight w:val="400" w:hRule="atLeast"/>
        </w:trPr>
        <w:tc>
          <w:tcPr>
            <w:tcW w:w="9972" w:type="dxa"/>
            <w:gridSpan w:val="12"/>
            <w:tcBorders>
              <w:top w:val="single" w:sz="4" w:space="0" w:color="9AA5B1"/>
              <w:left w:val="single" w:sz="4" w:space="0" w:color="9AA5B1"/>
              <w:bottom w:val="single" w:sz="4" w:space="0" w:color="9AA5B1"/>
              <w:right w:val="single" w:sz="4" w:space="0" w:color="9AA5B1"/>
            </w:tcBorders>
            <w:shd w:val="clear" w:color="auto" w:fill="E8F0F6"/>
            <w:vAlign w:val="center"/>
          </w:tcPr>
          <w:p>
            <w:pPr>
              <w:pStyle w:val="ReportHeading"/>
              <w:keepNext/>
              <w:spacing w:before="0" w:after="0" w:line="280" w:lineRule="exact"/>
              <w:jc w:val="left"/>
              <w:rPr>
                <w:b/>
                <w:bCs/>
                <w:color w:val="1F3A5F"/>
                <w:sz w:val="20"/>
                <w:szCs w:val="20"/>
              </w:rPr>
            </w:pPr>
            <w:r>
              <w:rPr>
                <w:b/>
                <w:bCs/>
                <w:color w:val="1F3A5F"/>
                <w:sz w:val="20"/>
                <w:szCs w:val="20"/>
              </w:rPr>
              <w:t xml:space="preserve">2. 成果物（納品したもの）</w:t>
            </w:r>
          </w:p>
        </w:tc>
      </w:tr>
      <w:tr>
        <w:trPr>
          <w:cantSplit/>
          <w:trHeight w:val="400" w:hRule="atLeast"/>
          <w:tblHeader/>
        </w:trPr>
        <w:tc>
          <w:tcPr>
            <w:tcW w:w="831" w:type="dxa"/>
            <w:tcBorders>
              <w:top w:val="single" w:sz="4" w:space="0" w:color="9AA5B1"/>
              <w:left w:val="single" w:sz="4" w:space="0" w:color="9AA5B1"/>
              <w:bottom w:val="single" w:sz="4" w:space="0" w:color="9AA5B1"/>
              <w:right w:val="single" w:sz="4" w:space="0" w:color="9AA5B1"/>
            </w:tcBorders>
            <w:shd w:val="clear" w:color="auto" w:fill="1F3A5F"/>
            <w:vAlign w:val="center"/>
          </w:tcPr>
          <w:p>
            <w:pPr>
              <w:keepNext/>
              <w:spacing w:before="0" w:after="0" w:line="280" w:lineRule="exact"/>
              <w:jc w:val="center"/>
              <w:rPr>
                <w:b/>
                <w:bCs/>
                <w:color w:val="FFFFFF"/>
                <w:sz w:val="18"/>
                <w:szCs w:val="18"/>
              </w:rPr>
            </w:pPr>
            <w:r>
              <w:rPr>
                <w:b/>
                <w:bCs/>
                <w:color w:val="FFFFFF"/>
                <w:sz w:val="18"/>
                <w:szCs w:val="18"/>
              </w:rPr>
              <w:t xml:space="preserve">No.</w:t>
            </w:r>
          </w:p>
        </w:tc>
        <w:tc>
          <w:tcPr>
            <w:tcW w:w="3324" w:type="dxa"/>
            <w:gridSpan w:val="4"/>
            <w:tcBorders>
              <w:top w:val="single" w:sz="4" w:space="0" w:color="9AA5B1"/>
              <w:left w:val="single" w:sz="4" w:space="0" w:color="9AA5B1"/>
              <w:bottom w:val="single" w:sz="4" w:space="0" w:color="9AA5B1"/>
              <w:right w:val="single" w:sz="4" w:space="0" w:color="9AA5B1"/>
            </w:tcBorders>
            <w:shd w:val="clear" w:color="auto" w:fill="1F3A5F"/>
            <w:vAlign w:val="center"/>
          </w:tcPr>
          <w:p>
            <w:pPr>
              <w:keepNext/>
              <w:spacing w:before="0" w:after="0" w:line="280" w:lineRule="exact"/>
              <w:jc w:val="center"/>
              <w:rPr>
                <w:b/>
                <w:bCs/>
                <w:color w:val="FFFFFF"/>
                <w:sz w:val="18"/>
                <w:szCs w:val="18"/>
              </w:rPr>
            </w:pPr>
            <w:r>
              <w:rPr>
                <w:b/>
                <w:bCs/>
                <w:color w:val="FFFFFF"/>
                <w:sz w:val="18"/>
                <w:szCs w:val="18"/>
              </w:rPr>
              <w:t xml:space="preserve">成果物</w:t>
            </w:r>
          </w:p>
        </w:tc>
        <w:tc>
          <w:tcPr>
            <w:tcW w:w="2493" w:type="dxa"/>
            <w:gridSpan w:val="3"/>
            <w:tcBorders>
              <w:top w:val="single" w:sz="4" w:space="0" w:color="9AA5B1"/>
              <w:left w:val="single" w:sz="4" w:space="0" w:color="9AA5B1"/>
              <w:bottom w:val="single" w:sz="4" w:space="0" w:color="9AA5B1"/>
              <w:right w:val="single" w:sz="4" w:space="0" w:color="9AA5B1"/>
            </w:tcBorders>
            <w:shd w:val="clear" w:color="auto" w:fill="1F3A5F"/>
            <w:vAlign w:val="center"/>
          </w:tcPr>
          <w:p>
            <w:pPr>
              <w:keepNext/>
              <w:spacing w:before="0" w:after="0" w:line="280" w:lineRule="exact"/>
              <w:jc w:val="center"/>
              <w:rPr>
                <w:b/>
                <w:bCs/>
                <w:color w:val="FFFFFF"/>
                <w:sz w:val="18"/>
                <w:szCs w:val="18"/>
              </w:rPr>
            </w:pPr>
            <w:r>
              <w:rPr>
                <w:b/>
                <w:bCs/>
                <w:color w:val="FFFFFF"/>
                <w:sz w:val="18"/>
                <w:szCs w:val="18"/>
              </w:rPr>
              <w:t xml:space="preserve">形式・数量</w:t>
            </w:r>
          </w:p>
        </w:tc>
        <w:tc>
          <w:tcPr>
            <w:tcW w:w="1662" w:type="dxa"/>
            <w:gridSpan w:val="2"/>
            <w:tcBorders>
              <w:top w:val="single" w:sz="4" w:space="0" w:color="9AA5B1"/>
              <w:left w:val="single" w:sz="4" w:space="0" w:color="9AA5B1"/>
              <w:bottom w:val="single" w:sz="4" w:space="0" w:color="9AA5B1"/>
              <w:right w:val="single" w:sz="4" w:space="0" w:color="9AA5B1"/>
            </w:tcBorders>
            <w:shd w:val="clear" w:color="auto" w:fill="1F3A5F"/>
            <w:vAlign w:val="center"/>
          </w:tcPr>
          <w:p>
            <w:pPr>
              <w:keepNext/>
              <w:spacing w:before="0" w:after="0" w:line="280" w:lineRule="exact"/>
              <w:jc w:val="center"/>
              <w:rPr>
                <w:b/>
                <w:bCs/>
                <w:color w:val="FFFFFF"/>
                <w:sz w:val="18"/>
                <w:szCs w:val="18"/>
              </w:rPr>
            </w:pPr>
            <w:r>
              <w:rPr>
                <w:b/>
                <w:bCs/>
                <w:color w:val="FFFFFF"/>
                <w:sz w:val="18"/>
                <w:szCs w:val="18"/>
              </w:rPr>
              <w:t xml:space="preserve">納品日</w:t>
            </w:r>
          </w:p>
        </w:tc>
        <w:tc>
          <w:tcPr>
            <w:tcW w:w="1662" w:type="dxa"/>
            <w:gridSpan w:val="2"/>
            <w:tcBorders>
              <w:top w:val="single" w:sz="4" w:space="0" w:color="9AA5B1"/>
              <w:left w:val="single" w:sz="4" w:space="0" w:color="9AA5B1"/>
              <w:bottom w:val="single" w:sz="4" w:space="0" w:color="9AA5B1"/>
              <w:right w:val="single" w:sz="4" w:space="0" w:color="9AA5B1"/>
            </w:tcBorders>
            <w:shd w:val="clear" w:color="auto" w:fill="1F3A5F"/>
            <w:vAlign w:val="center"/>
          </w:tcPr>
          <w:p>
            <w:pPr>
              <w:keepNext/>
              <w:spacing w:before="0" w:after="0" w:line="280" w:lineRule="exact"/>
              <w:jc w:val="center"/>
              <w:rPr>
                <w:b/>
                <w:bCs/>
                <w:color w:val="FFFFFF"/>
                <w:sz w:val="18"/>
                <w:szCs w:val="18"/>
              </w:rPr>
            </w:pPr>
            <w:r>
              <w:rPr>
                <w:b/>
                <w:bCs/>
                <w:color w:val="FFFFFF"/>
                <w:sz w:val="18"/>
                <w:szCs w:val="18"/>
              </w:rPr>
              <w:t xml:space="preserve">納品の方法</w:t>
            </w:r>
          </w:p>
        </w:tc>
      </w:tr>
      <w:tr>
        <w:trPr>
          <w:cantSplit/>
          <w:trHeight w:val="440" w:hRule="atLeast"/>
        </w:trPr>
        <w:tc>
          <w:tcPr>
            <w:tcW w:w="831" w:type="dxa"/>
            <w:tcBorders>
              <w:top w:val="single" w:sz="4" w:space="0" w:color="9AA5B1"/>
              <w:left w:val="single" w:sz="4" w:space="0" w:color="9AA5B1"/>
              <w:bottom w:val="single" w:sz="4" w:space="0" w:color="9AA5B1"/>
              <w:right w:val="single" w:sz="4" w:space="0" w:color="9AA5B1"/>
            </w:tcBorders>
            <w:vAlign w:val="center"/>
          </w:tcPr>
          <w:p>
            <w:pPr>
              <w:spacing w:before="0" w:after="0" w:line="280" w:lineRule="exact"/>
              <w:jc w:val="center"/>
              <w:rPr>
                <w:color w:val="222222"/>
                <w:sz w:val="20"/>
                <w:szCs w:val="20"/>
              </w:rPr>
            </w:pPr>
          </w:p>
        </w:tc>
        <w:tc>
          <w:tcPr>
            <w:tcW w:w="3324" w:type="dxa"/>
            <w:gridSpan w:val="4"/>
            <w:tcBorders>
              <w:top w:val="single" w:sz="4" w:space="0" w:color="9AA5B1"/>
              <w:left w:val="single" w:sz="4" w:space="0" w:color="9AA5B1"/>
              <w:bottom w:val="single" w:sz="4" w:space="0" w:color="9AA5B1"/>
              <w:right w:val="single" w:sz="4" w:space="0" w:color="9AA5B1"/>
            </w:tcBorders>
            <w:vAlign w:val="center"/>
          </w:tcPr>
          <w:p>
            <w:pPr>
              <w:spacing w:before="0" w:after="0" w:line="280" w:lineRule="exact"/>
              <w:jc w:val="left"/>
              <w:rPr>
                <w:color w:val="222222"/>
                <w:sz w:val="20"/>
                <w:szCs w:val="20"/>
              </w:rPr>
            </w:pPr>
          </w:p>
        </w:tc>
        <w:tc>
          <w:tcPr>
            <w:tcW w:w="2493" w:type="dxa"/>
            <w:gridSpan w:val="3"/>
            <w:tcBorders>
              <w:top w:val="single" w:sz="4" w:space="0" w:color="9AA5B1"/>
              <w:left w:val="single" w:sz="4" w:space="0" w:color="9AA5B1"/>
              <w:bottom w:val="single" w:sz="4" w:space="0" w:color="9AA5B1"/>
              <w:right w:val="single" w:sz="4" w:space="0" w:color="9AA5B1"/>
            </w:tcBorders>
            <w:vAlign w:val="center"/>
          </w:tcPr>
          <w:p>
            <w:pPr>
              <w:spacing w:before="0" w:after="0" w:line="280" w:lineRule="exact"/>
              <w:jc w:val="left"/>
              <w:rPr>
                <w:color w:val="222222"/>
                <w:sz w:val="20"/>
                <w:szCs w:val="20"/>
              </w:rPr>
            </w:pPr>
          </w:p>
        </w:tc>
        <w:tc>
          <w:tcPr>
            <w:tcW w:w="1662" w:type="dxa"/>
            <w:gridSpan w:val="2"/>
            <w:tcBorders>
              <w:top w:val="single" w:sz="4" w:space="0" w:color="9AA5B1"/>
              <w:left w:val="single" w:sz="4" w:space="0" w:color="9AA5B1"/>
              <w:bottom w:val="single" w:sz="4" w:space="0" w:color="9AA5B1"/>
              <w:right w:val="single" w:sz="4" w:space="0" w:color="9AA5B1"/>
            </w:tcBorders>
            <w:vAlign w:val="center"/>
          </w:tcPr>
          <w:p>
            <w:pPr>
              <w:spacing w:before="0" w:after="0" w:line="280" w:lineRule="exact"/>
              <w:jc w:val="left"/>
              <w:rPr>
                <w:color w:val="222222"/>
                <w:sz w:val="20"/>
                <w:szCs w:val="20"/>
              </w:rPr>
            </w:pPr>
          </w:p>
        </w:tc>
        <w:tc>
          <w:tcPr>
            <w:tcW w:w="1662" w:type="dxa"/>
            <w:gridSpan w:val="2"/>
            <w:tcBorders>
              <w:top w:val="single" w:sz="4" w:space="0" w:color="9AA5B1"/>
              <w:left w:val="single" w:sz="4" w:space="0" w:color="9AA5B1"/>
              <w:bottom w:val="single" w:sz="4" w:space="0" w:color="9AA5B1"/>
              <w:right w:val="single" w:sz="4" w:space="0" w:color="9AA5B1"/>
            </w:tcBorders>
            <w:vAlign w:val="center"/>
          </w:tcPr>
          <w:p>
            <w:pPr>
              <w:spacing w:before="0" w:after="0" w:line="280" w:lineRule="exact"/>
              <w:jc w:val="left"/>
              <w:rPr>
                <w:color w:val="222222"/>
                <w:sz w:val="20"/>
                <w:szCs w:val="20"/>
              </w:rPr>
            </w:pPr>
          </w:p>
        </w:tc>
      </w:tr>
      <w:tr>
        <w:trPr>
          <w:cantSplit/>
          <w:trHeight w:val="440" w:hRule="atLeast"/>
        </w:trPr>
        <w:tc>
          <w:tcPr>
            <w:tcW w:w="831" w:type="dxa"/>
            <w:tcBorders>
              <w:top w:val="single" w:sz="4" w:space="0" w:color="9AA5B1"/>
              <w:left w:val="single" w:sz="4" w:space="0" w:color="9AA5B1"/>
              <w:bottom w:val="single" w:sz="4" w:space="0" w:color="9AA5B1"/>
              <w:right w:val="single" w:sz="4" w:space="0" w:color="9AA5B1"/>
            </w:tcBorders>
            <w:vAlign w:val="center"/>
          </w:tcPr>
          <w:p>
            <w:pPr>
              <w:spacing w:before="0" w:after="0" w:line="280" w:lineRule="exact"/>
              <w:jc w:val="center"/>
              <w:rPr>
                <w:color w:val="222222"/>
                <w:sz w:val="20"/>
                <w:szCs w:val="20"/>
              </w:rPr>
            </w:pPr>
          </w:p>
        </w:tc>
        <w:tc>
          <w:tcPr>
            <w:tcW w:w="3324" w:type="dxa"/>
            <w:gridSpan w:val="4"/>
            <w:tcBorders>
              <w:top w:val="single" w:sz="4" w:space="0" w:color="9AA5B1"/>
              <w:left w:val="single" w:sz="4" w:space="0" w:color="9AA5B1"/>
              <w:bottom w:val="single" w:sz="4" w:space="0" w:color="9AA5B1"/>
              <w:right w:val="single" w:sz="4" w:space="0" w:color="9AA5B1"/>
            </w:tcBorders>
            <w:vAlign w:val="center"/>
          </w:tcPr>
          <w:p>
            <w:pPr>
              <w:spacing w:before="0" w:after="0" w:line="280" w:lineRule="exact"/>
              <w:jc w:val="left"/>
              <w:rPr>
                <w:color w:val="222222"/>
                <w:sz w:val="20"/>
                <w:szCs w:val="20"/>
              </w:rPr>
            </w:pPr>
          </w:p>
        </w:tc>
        <w:tc>
          <w:tcPr>
            <w:tcW w:w="2493" w:type="dxa"/>
            <w:gridSpan w:val="3"/>
            <w:tcBorders>
              <w:top w:val="single" w:sz="4" w:space="0" w:color="9AA5B1"/>
              <w:left w:val="single" w:sz="4" w:space="0" w:color="9AA5B1"/>
              <w:bottom w:val="single" w:sz="4" w:space="0" w:color="9AA5B1"/>
              <w:right w:val="single" w:sz="4" w:space="0" w:color="9AA5B1"/>
            </w:tcBorders>
            <w:vAlign w:val="center"/>
          </w:tcPr>
          <w:p>
            <w:pPr>
              <w:spacing w:before="0" w:after="0" w:line="280" w:lineRule="exact"/>
              <w:jc w:val="left"/>
              <w:rPr>
                <w:color w:val="222222"/>
                <w:sz w:val="20"/>
                <w:szCs w:val="20"/>
              </w:rPr>
            </w:pPr>
          </w:p>
        </w:tc>
        <w:tc>
          <w:tcPr>
            <w:tcW w:w="1662" w:type="dxa"/>
            <w:gridSpan w:val="2"/>
            <w:tcBorders>
              <w:top w:val="single" w:sz="4" w:space="0" w:color="9AA5B1"/>
              <w:left w:val="single" w:sz="4" w:space="0" w:color="9AA5B1"/>
              <w:bottom w:val="single" w:sz="4" w:space="0" w:color="9AA5B1"/>
              <w:right w:val="single" w:sz="4" w:space="0" w:color="9AA5B1"/>
            </w:tcBorders>
            <w:vAlign w:val="center"/>
          </w:tcPr>
          <w:p>
            <w:pPr>
              <w:spacing w:before="0" w:after="0" w:line="280" w:lineRule="exact"/>
              <w:jc w:val="left"/>
              <w:rPr>
                <w:color w:val="222222"/>
                <w:sz w:val="20"/>
                <w:szCs w:val="20"/>
              </w:rPr>
            </w:pPr>
          </w:p>
        </w:tc>
        <w:tc>
          <w:tcPr>
            <w:tcW w:w="1662" w:type="dxa"/>
            <w:gridSpan w:val="2"/>
            <w:tcBorders>
              <w:top w:val="single" w:sz="4" w:space="0" w:color="9AA5B1"/>
              <w:left w:val="single" w:sz="4" w:space="0" w:color="9AA5B1"/>
              <w:bottom w:val="single" w:sz="4" w:space="0" w:color="9AA5B1"/>
              <w:right w:val="single" w:sz="4" w:space="0" w:color="9AA5B1"/>
            </w:tcBorders>
            <w:vAlign w:val="center"/>
          </w:tcPr>
          <w:p>
            <w:pPr>
              <w:spacing w:before="0" w:after="0" w:line="280" w:lineRule="exact"/>
              <w:jc w:val="left"/>
              <w:rPr>
                <w:color w:val="222222"/>
                <w:sz w:val="20"/>
                <w:szCs w:val="20"/>
              </w:rPr>
            </w:pPr>
          </w:p>
        </w:tc>
      </w:tr>
      <w:tr>
        <w:trPr>
          <w:cantSplit/>
          <w:trHeight w:val="440" w:hRule="atLeast"/>
        </w:trPr>
        <w:tc>
          <w:tcPr>
            <w:tcW w:w="831" w:type="dxa"/>
            <w:tcBorders>
              <w:top w:val="single" w:sz="4" w:space="0" w:color="9AA5B1"/>
              <w:left w:val="single" w:sz="4" w:space="0" w:color="9AA5B1"/>
              <w:bottom w:val="single" w:sz="4" w:space="0" w:color="9AA5B1"/>
              <w:right w:val="single" w:sz="4" w:space="0" w:color="9AA5B1"/>
            </w:tcBorders>
            <w:vAlign w:val="center"/>
          </w:tcPr>
          <w:p>
            <w:pPr>
              <w:spacing w:before="0" w:after="0" w:line="280" w:lineRule="exact"/>
              <w:jc w:val="center"/>
              <w:rPr>
                <w:color w:val="222222"/>
                <w:sz w:val="20"/>
                <w:szCs w:val="20"/>
              </w:rPr>
            </w:pPr>
          </w:p>
        </w:tc>
        <w:tc>
          <w:tcPr>
            <w:tcW w:w="3324" w:type="dxa"/>
            <w:gridSpan w:val="4"/>
            <w:tcBorders>
              <w:top w:val="single" w:sz="4" w:space="0" w:color="9AA5B1"/>
              <w:left w:val="single" w:sz="4" w:space="0" w:color="9AA5B1"/>
              <w:bottom w:val="single" w:sz="4" w:space="0" w:color="9AA5B1"/>
              <w:right w:val="single" w:sz="4" w:space="0" w:color="9AA5B1"/>
            </w:tcBorders>
            <w:vAlign w:val="center"/>
          </w:tcPr>
          <w:p>
            <w:pPr>
              <w:spacing w:before="0" w:after="0" w:line="280" w:lineRule="exact"/>
              <w:jc w:val="left"/>
              <w:rPr>
                <w:color w:val="222222"/>
                <w:sz w:val="20"/>
                <w:szCs w:val="20"/>
              </w:rPr>
            </w:pPr>
          </w:p>
        </w:tc>
        <w:tc>
          <w:tcPr>
            <w:tcW w:w="2493" w:type="dxa"/>
            <w:gridSpan w:val="3"/>
            <w:tcBorders>
              <w:top w:val="single" w:sz="4" w:space="0" w:color="9AA5B1"/>
              <w:left w:val="single" w:sz="4" w:space="0" w:color="9AA5B1"/>
              <w:bottom w:val="single" w:sz="4" w:space="0" w:color="9AA5B1"/>
              <w:right w:val="single" w:sz="4" w:space="0" w:color="9AA5B1"/>
            </w:tcBorders>
            <w:vAlign w:val="center"/>
          </w:tcPr>
          <w:p>
            <w:pPr>
              <w:spacing w:before="0" w:after="0" w:line="280" w:lineRule="exact"/>
              <w:jc w:val="left"/>
              <w:rPr>
                <w:color w:val="222222"/>
                <w:sz w:val="20"/>
                <w:szCs w:val="20"/>
              </w:rPr>
            </w:pPr>
          </w:p>
        </w:tc>
        <w:tc>
          <w:tcPr>
            <w:tcW w:w="1662" w:type="dxa"/>
            <w:gridSpan w:val="2"/>
            <w:tcBorders>
              <w:top w:val="single" w:sz="4" w:space="0" w:color="9AA5B1"/>
              <w:left w:val="single" w:sz="4" w:space="0" w:color="9AA5B1"/>
              <w:bottom w:val="single" w:sz="4" w:space="0" w:color="9AA5B1"/>
              <w:right w:val="single" w:sz="4" w:space="0" w:color="9AA5B1"/>
            </w:tcBorders>
            <w:vAlign w:val="center"/>
          </w:tcPr>
          <w:p>
            <w:pPr>
              <w:spacing w:before="0" w:after="0" w:line="280" w:lineRule="exact"/>
              <w:jc w:val="left"/>
              <w:rPr>
                <w:color w:val="222222"/>
                <w:sz w:val="20"/>
                <w:szCs w:val="20"/>
              </w:rPr>
            </w:pPr>
          </w:p>
        </w:tc>
        <w:tc>
          <w:tcPr>
            <w:tcW w:w="1662" w:type="dxa"/>
            <w:gridSpan w:val="2"/>
            <w:tcBorders>
              <w:top w:val="single" w:sz="4" w:space="0" w:color="9AA5B1"/>
              <w:left w:val="single" w:sz="4" w:space="0" w:color="9AA5B1"/>
              <w:bottom w:val="single" w:sz="4" w:space="0" w:color="9AA5B1"/>
              <w:right w:val="single" w:sz="4" w:space="0" w:color="9AA5B1"/>
            </w:tcBorders>
            <w:vAlign w:val="center"/>
          </w:tcPr>
          <w:p>
            <w:pPr>
              <w:spacing w:before="0" w:after="0" w:line="280" w:lineRule="exact"/>
              <w:jc w:val="left"/>
              <w:rPr>
                <w:color w:val="222222"/>
                <w:sz w:val="20"/>
                <w:szCs w:val="20"/>
              </w:rPr>
            </w:pPr>
          </w:p>
        </w:tc>
      </w:tr>
      <w:tr>
        <w:trPr>
          <w:cantSplit/>
          <w:trHeight w:val="440" w:hRule="atLeast"/>
        </w:trPr>
        <w:tc>
          <w:tcPr>
            <w:tcW w:w="831" w:type="dxa"/>
            <w:tcBorders>
              <w:top w:val="single" w:sz="4" w:space="0" w:color="9AA5B1"/>
              <w:left w:val="single" w:sz="4" w:space="0" w:color="9AA5B1"/>
              <w:bottom w:val="single" w:sz="4" w:space="0" w:color="9AA5B1"/>
              <w:right w:val="single" w:sz="4" w:space="0" w:color="9AA5B1"/>
            </w:tcBorders>
            <w:vAlign w:val="center"/>
          </w:tcPr>
          <w:p>
            <w:pPr>
              <w:spacing w:before="0" w:after="0" w:line="280" w:lineRule="exact"/>
              <w:jc w:val="center"/>
              <w:rPr>
                <w:color w:val="222222"/>
                <w:sz w:val="20"/>
                <w:szCs w:val="20"/>
              </w:rPr>
            </w:pPr>
          </w:p>
        </w:tc>
        <w:tc>
          <w:tcPr>
            <w:tcW w:w="3324" w:type="dxa"/>
            <w:gridSpan w:val="4"/>
            <w:tcBorders>
              <w:top w:val="single" w:sz="4" w:space="0" w:color="9AA5B1"/>
              <w:left w:val="single" w:sz="4" w:space="0" w:color="9AA5B1"/>
              <w:bottom w:val="single" w:sz="4" w:space="0" w:color="9AA5B1"/>
              <w:right w:val="single" w:sz="4" w:space="0" w:color="9AA5B1"/>
            </w:tcBorders>
            <w:vAlign w:val="center"/>
          </w:tcPr>
          <w:p>
            <w:pPr>
              <w:spacing w:before="0" w:after="0" w:line="280" w:lineRule="exact"/>
              <w:jc w:val="left"/>
              <w:rPr>
                <w:color w:val="222222"/>
                <w:sz w:val="20"/>
                <w:szCs w:val="20"/>
              </w:rPr>
            </w:pPr>
          </w:p>
        </w:tc>
        <w:tc>
          <w:tcPr>
            <w:tcW w:w="2493" w:type="dxa"/>
            <w:gridSpan w:val="3"/>
            <w:tcBorders>
              <w:top w:val="single" w:sz="4" w:space="0" w:color="9AA5B1"/>
              <w:left w:val="single" w:sz="4" w:space="0" w:color="9AA5B1"/>
              <w:bottom w:val="single" w:sz="4" w:space="0" w:color="9AA5B1"/>
              <w:right w:val="single" w:sz="4" w:space="0" w:color="9AA5B1"/>
            </w:tcBorders>
            <w:vAlign w:val="center"/>
          </w:tcPr>
          <w:p>
            <w:pPr>
              <w:spacing w:before="0" w:after="0" w:line="280" w:lineRule="exact"/>
              <w:jc w:val="left"/>
              <w:rPr>
                <w:color w:val="222222"/>
                <w:sz w:val="20"/>
                <w:szCs w:val="20"/>
              </w:rPr>
            </w:pPr>
          </w:p>
        </w:tc>
        <w:tc>
          <w:tcPr>
            <w:tcW w:w="1662" w:type="dxa"/>
            <w:gridSpan w:val="2"/>
            <w:tcBorders>
              <w:top w:val="single" w:sz="4" w:space="0" w:color="9AA5B1"/>
              <w:left w:val="single" w:sz="4" w:space="0" w:color="9AA5B1"/>
              <w:bottom w:val="single" w:sz="4" w:space="0" w:color="9AA5B1"/>
              <w:right w:val="single" w:sz="4" w:space="0" w:color="9AA5B1"/>
            </w:tcBorders>
            <w:vAlign w:val="center"/>
          </w:tcPr>
          <w:p>
            <w:pPr>
              <w:spacing w:before="0" w:after="0" w:line="280" w:lineRule="exact"/>
              <w:jc w:val="left"/>
              <w:rPr>
                <w:color w:val="222222"/>
                <w:sz w:val="20"/>
                <w:szCs w:val="20"/>
              </w:rPr>
            </w:pPr>
          </w:p>
        </w:tc>
        <w:tc>
          <w:tcPr>
            <w:tcW w:w="1662" w:type="dxa"/>
            <w:gridSpan w:val="2"/>
            <w:tcBorders>
              <w:top w:val="single" w:sz="4" w:space="0" w:color="9AA5B1"/>
              <w:left w:val="single" w:sz="4" w:space="0" w:color="9AA5B1"/>
              <w:bottom w:val="single" w:sz="4" w:space="0" w:color="9AA5B1"/>
              <w:right w:val="single" w:sz="4" w:space="0" w:color="9AA5B1"/>
            </w:tcBorders>
            <w:vAlign w:val="center"/>
          </w:tcPr>
          <w:p>
            <w:pPr>
              <w:spacing w:before="0" w:after="0" w:line="280" w:lineRule="exact"/>
              <w:jc w:val="left"/>
              <w:rPr>
                <w:color w:val="222222"/>
                <w:sz w:val="20"/>
                <w:szCs w:val="20"/>
              </w:rPr>
            </w:pPr>
          </w:p>
        </w:tc>
      </w:tr>
      <w:tr>
        <w:trPr>
          <w:cantSplit/>
          <w:trHeight w:val="440" w:hRule="atLeast"/>
        </w:trPr>
        <w:tc>
          <w:tcPr>
            <w:tcW w:w="831" w:type="dxa"/>
            <w:tcBorders>
              <w:top w:val="single" w:sz="4" w:space="0" w:color="9AA5B1"/>
              <w:left w:val="single" w:sz="4" w:space="0" w:color="9AA5B1"/>
              <w:bottom w:val="single" w:sz="4" w:space="0" w:color="9AA5B1"/>
              <w:right w:val="single" w:sz="4" w:space="0" w:color="9AA5B1"/>
            </w:tcBorders>
            <w:vAlign w:val="center"/>
          </w:tcPr>
          <w:p>
            <w:pPr>
              <w:spacing w:before="0" w:after="0" w:line="280" w:lineRule="exact"/>
              <w:jc w:val="center"/>
              <w:rPr>
                <w:color w:val="222222"/>
                <w:sz w:val="20"/>
                <w:szCs w:val="20"/>
              </w:rPr>
            </w:pPr>
          </w:p>
        </w:tc>
        <w:tc>
          <w:tcPr>
            <w:tcW w:w="3324" w:type="dxa"/>
            <w:gridSpan w:val="4"/>
            <w:tcBorders>
              <w:top w:val="single" w:sz="4" w:space="0" w:color="9AA5B1"/>
              <w:left w:val="single" w:sz="4" w:space="0" w:color="9AA5B1"/>
              <w:bottom w:val="single" w:sz="4" w:space="0" w:color="9AA5B1"/>
              <w:right w:val="single" w:sz="4" w:space="0" w:color="9AA5B1"/>
            </w:tcBorders>
            <w:vAlign w:val="center"/>
          </w:tcPr>
          <w:p>
            <w:pPr>
              <w:spacing w:before="0" w:after="0" w:line="280" w:lineRule="exact"/>
              <w:jc w:val="left"/>
              <w:rPr>
                <w:color w:val="222222"/>
                <w:sz w:val="20"/>
                <w:szCs w:val="20"/>
              </w:rPr>
            </w:pPr>
          </w:p>
        </w:tc>
        <w:tc>
          <w:tcPr>
            <w:tcW w:w="2493" w:type="dxa"/>
            <w:gridSpan w:val="3"/>
            <w:tcBorders>
              <w:top w:val="single" w:sz="4" w:space="0" w:color="9AA5B1"/>
              <w:left w:val="single" w:sz="4" w:space="0" w:color="9AA5B1"/>
              <w:bottom w:val="single" w:sz="4" w:space="0" w:color="9AA5B1"/>
              <w:right w:val="single" w:sz="4" w:space="0" w:color="9AA5B1"/>
            </w:tcBorders>
            <w:vAlign w:val="center"/>
          </w:tcPr>
          <w:p>
            <w:pPr>
              <w:spacing w:before="0" w:after="0" w:line="280" w:lineRule="exact"/>
              <w:jc w:val="left"/>
              <w:rPr>
                <w:color w:val="222222"/>
                <w:sz w:val="20"/>
                <w:szCs w:val="20"/>
              </w:rPr>
            </w:pPr>
          </w:p>
        </w:tc>
        <w:tc>
          <w:tcPr>
            <w:tcW w:w="1662" w:type="dxa"/>
            <w:gridSpan w:val="2"/>
            <w:tcBorders>
              <w:top w:val="single" w:sz="4" w:space="0" w:color="9AA5B1"/>
              <w:left w:val="single" w:sz="4" w:space="0" w:color="9AA5B1"/>
              <w:bottom w:val="single" w:sz="4" w:space="0" w:color="9AA5B1"/>
              <w:right w:val="single" w:sz="4" w:space="0" w:color="9AA5B1"/>
            </w:tcBorders>
            <w:vAlign w:val="center"/>
          </w:tcPr>
          <w:p>
            <w:pPr>
              <w:spacing w:before="0" w:after="0" w:line="280" w:lineRule="exact"/>
              <w:jc w:val="left"/>
              <w:rPr>
                <w:color w:val="222222"/>
                <w:sz w:val="20"/>
                <w:szCs w:val="20"/>
              </w:rPr>
            </w:pPr>
          </w:p>
        </w:tc>
        <w:tc>
          <w:tcPr>
            <w:tcW w:w="1662" w:type="dxa"/>
            <w:gridSpan w:val="2"/>
            <w:tcBorders>
              <w:top w:val="single" w:sz="4" w:space="0" w:color="9AA5B1"/>
              <w:left w:val="single" w:sz="4" w:space="0" w:color="9AA5B1"/>
              <w:bottom w:val="single" w:sz="4" w:space="0" w:color="9AA5B1"/>
              <w:right w:val="single" w:sz="4" w:space="0" w:color="9AA5B1"/>
            </w:tcBorders>
            <w:vAlign w:val="center"/>
          </w:tcPr>
          <w:p>
            <w:pPr>
              <w:spacing w:before="0" w:after="0" w:line="280" w:lineRule="exact"/>
              <w:jc w:val="left"/>
              <w:rPr>
                <w:color w:val="222222"/>
                <w:sz w:val="20"/>
                <w:szCs w:val="20"/>
              </w:rPr>
            </w:pPr>
          </w:p>
        </w:tc>
      </w:tr>
    </w:tbl>
    <w:p>
      <w:pPr>
        <w:spacing w:before="0" w:after="0" w:line="160" w:lineRule="exact"/>
        <w:rPr>
          <w:sz w:val="2"/>
          <w:szCs w:val="2"/>
        </w:rPr>
      </w:pPr>
    </w:p>
    <w:tbl>
      <w:tblPr>
        <w:tblW w:w="9972" w:type="dxa"/>
        <w:tblInd w:w="0" w:type="dxa"/>
        <w:tblLayout w:type="fixed"/>
        <w:tblCellMar>
          <w:top w:w="30" w:type="dxa"/>
          <w:left w:w="80" w:type="dxa"/>
          <w:bottom w:w="30" w:type="dxa"/>
          <w:right w:w="80" w:type="dxa"/>
        </w:tblCellMar>
        <w:tblLook w:val="04A0" w:firstRow="1" w:lastRow="0" w:firstColumn="1" w:lastColumn="0" w:noHBand="0" w:noVBand="1"/>
      </w:tblPr>
      <w:tblGrid>
        <w:gridCol w:w="831"/>
        <w:gridCol w:w="831"/>
        <w:gridCol w:w="831"/>
        <w:gridCol w:w="831"/>
        <w:gridCol w:w="831"/>
        <w:gridCol w:w="831"/>
        <w:gridCol w:w="831"/>
        <w:gridCol w:w="831"/>
        <w:gridCol w:w="831"/>
        <w:gridCol w:w="831"/>
        <w:gridCol w:w="831"/>
        <w:gridCol w:w="831"/>
      </w:tblGrid>
      <w:tr>
        <w:trPr>
          <w:cantSplit/>
          <w:trHeight w:val="400" w:hRule="atLeast"/>
        </w:trPr>
        <w:tc>
          <w:tcPr>
            <w:tcW w:w="9972" w:type="dxa"/>
            <w:gridSpan w:val="12"/>
            <w:tcBorders>
              <w:top w:val="single" w:sz="4" w:space="0" w:color="9AA5B1"/>
              <w:left w:val="single" w:sz="4" w:space="0" w:color="9AA5B1"/>
              <w:bottom w:val="single" w:sz="4" w:space="0" w:color="9AA5B1"/>
              <w:right w:val="single" w:sz="4" w:space="0" w:color="9AA5B1"/>
            </w:tcBorders>
            <w:shd w:val="clear" w:color="auto" w:fill="E8F0F6"/>
            <w:vAlign w:val="center"/>
          </w:tcPr>
          <w:p>
            <w:pPr>
              <w:pStyle w:val="ReportHeading"/>
              <w:keepNext/>
              <w:spacing w:before="0" w:after="0" w:line="280" w:lineRule="exact"/>
              <w:jc w:val="left"/>
              <w:rPr>
                <w:b/>
                <w:bCs/>
                <w:color w:val="1F3A5F"/>
                <w:sz w:val="20"/>
                <w:szCs w:val="20"/>
              </w:rPr>
            </w:pPr>
            <w:r>
              <w:rPr>
                <w:b/>
                <w:bCs/>
                <w:color w:val="1F3A5F"/>
                <w:sz w:val="20"/>
                <w:szCs w:val="20"/>
              </w:rPr>
              <w:t xml:space="preserve">3. 特記事項（範囲の外の対応・残った課題）</w:t>
            </w:r>
          </w:p>
        </w:tc>
      </w:tr>
      <w:tr>
        <w:trPr>
          <w:cantSplit/>
          <w:trHeight w:val="1080" w:hRule="atLeast"/>
        </w:trPr>
        <w:tc>
          <w:tcPr>
            <w:tcW w:w="9972" w:type="dxa"/>
            <w:gridSpan w:val="12"/>
            <w:tcBorders>
              <w:top w:val="single" w:sz="4" w:space="0" w:color="9AA5B1"/>
              <w:left w:val="single" w:sz="4" w:space="0" w:color="9AA5B1"/>
              <w:bottom w:val="single" w:sz="4" w:space="0" w:color="9AA5B1"/>
              <w:right w:val="single" w:sz="4" w:space="0" w:color="9AA5B1"/>
            </w:tcBorders>
            <w:vAlign w:val="top"/>
          </w:tcPr>
          <w:sdt>
            <w:sdtPr>
              <w:rPr>
                <w:color w:val="222222"/>
                <w:sz w:val="20"/>
                <w:szCs w:val="20"/>
              </w:rPr>
              <w:alias w:val="3. 特記事項（範囲の外の対応・残った課題）"/>
              <w:id w:val="41006"/>
              <w:showingPlcHdr/>
            </w:sdtPr>
            <w:sdtContent>
              <w:p>
                <w:pPr>
                  <w:spacing w:before="0" w:after="0" w:line="280" w:lineRule="exact"/>
                  <w:jc w:val="left"/>
                  <w:rPr>
                    <w:color w:val="222222"/>
                    <w:sz w:val="20"/>
                    <w:szCs w:val="20"/>
                  </w:rPr>
                </w:pPr>
                <w:r>
                  <w:rPr>
                    <w:color w:val="8A94A0"/>
                    <w:sz w:val="20"/>
                    <w:szCs w:val="20"/>
                  </w:rPr>
                  <w:t xml:space="preserve">契約の範囲の外で対応したこと、終わらなかったこと、次に相談したいことを書きます。ないときは「特にありません」と書きます。</w:t>
                </w:r>
              </w:p>
            </w:sdtContent>
          </w:sdt>
        </w:tc>
      </w:tr>
    </w:tbl>
    <w:p>
      <w:pPr>
        <w:spacing w:before="0" w:after="0" w:line="160" w:lineRule="exact"/>
        <w:rPr>
          <w:sz w:val="2"/>
          <w:szCs w:val="2"/>
        </w:rPr>
      </w:pPr>
    </w:p>
    <w:tbl>
      <w:tblPr>
        <w:tblW w:w="9972" w:type="dxa"/>
        <w:tblInd w:w="0" w:type="dxa"/>
        <w:tblLayout w:type="fixed"/>
        <w:tblCellMar>
          <w:top w:w="30" w:type="dxa"/>
          <w:left w:w="80" w:type="dxa"/>
          <w:bottom w:w="30" w:type="dxa"/>
          <w:right w:w="80" w:type="dxa"/>
        </w:tblCellMar>
        <w:tblLook w:val="04A0" w:firstRow="1" w:lastRow="0" w:firstColumn="1" w:lastColumn="0" w:noHBand="0" w:noVBand="1"/>
      </w:tblPr>
      <w:tblGrid>
        <w:gridCol w:w="831"/>
        <w:gridCol w:w="831"/>
        <w:gridCol w:w="831"/>
        <w:gridCol w:w="831"/>
        <w:gridCol w:w="831"/>
        <w:gridCol w:w="831"/>
        <w:gridCol w:w="831"/>
        <w:gridCol w:w="831"/>
        <w:gridCol w:w="831"/>
        <w:gridCol w:w="831"/>
        <w:gridCol w:w="831"/>
        <w:gridCol w:w="831"/>
      </w:tblGrid>
      <w:tr>
        <w:trPr>
          <w:cantSplit/>
          <w:trHeight w:val="400" w:hRule="atLeast"/>
        </w:trPr>
        <w:tc>
          <w:tcPr>
            <w:tcW w:w="9972" w:type="dxa"/>
            <w:gridSpan w:val="12"/>
            <w:tcBorders>
              <w:top w:val="single" w:sz="4" w:space="0" w:color="9AA5B1"/>
              <w:left w:val="single" w:sz="4" w:space="0" w:color="9AA5B1"/>
              <w:bottom w:val="single" w:sz="4" w:space="0" w:color="9AA5B1"/>
              <w:right w:val="single" w:sz="4" w:space="0" w:color="9AA5B1"/>
            </w:tcBorders>
            <w:shd w:val="clear" w:color="auto" w:fill="E8F0F6"/>
            <w:vAlign w:val="center"/>
          </w:tcPr>
          <w:p>
            <w:pPr>
              <w:pStyle w:val="ReportHeading"/>
              <w:keepNext/>
              <w:spacing w:before="0" w:after="0" w:line="280" w:lineRule="exact"/>
              <w:jc w:val="left"/>
              <w:rPr>
                <w:b/>
                <w:bCs/>
                <w:color w:val="1F3A5F"/>
                <w:sz w:val="20"/>
                <w:szCs w:val="20"/>
              </w:rPr>
            </w:pPr>
            <w:r>
              <w:rPr>
                <w:b/>
                <w:bCs/>
                <w:color w:val="1F3A5F"/>
                <w:sz w:val="20"/>
                <w:szCs w:val="20"/>
              </w:rPr>
              <w:t xml:space="preserve">4. 検収のお願い</w:t>
            </w:r>
          </w:p>
        </w:tc>
      </w:tr>
      <w:tr>
        <w:trPr>
          <w:cantSplit/>
          <w:trHeight w:val="720" w:hRule="atLeast"/>
        </w:trPr>
        <w:tc>
          <w:tcPr>
            <w:tcW w:w="9972" w:type="dxa"/>
            <w:gridSpan w:val="12"/>
            <w:tcBorders>
              <w:top w:val="single" w:sz="4" w:space="0" w:color="9AA5B1"/>
              <w:left w:val="single" w:sz="4" w:space="0" w:color="9AA5B1"/>
              <w:bottom w:val="single" w:sz="4" w:space="0" w:color="9AA5B1"/>
              <w:right w:val="single" w:sz="4" w:space="0" w:color="9AA5B1"/>
            </w:tcBorders>
            <w:vAlign w:val="top"/>
          </w:tcPr>
          <w:sdt>
            <w:sdtPr>
              <w:rPr>
                <w:color w:val="222222"/>
                <w:sz w:val="20"/>
                <w:szCs w:val="20"/>
              </w:rPr>
              <w:alias w:val="4. 検収のお願い"/>
              <w:id w:val="41007"/>
              <w:showingPlcHdr/>
            </w:sdtPr>
            <w:sdtContent>
              <w:p>
                <w:pPr>
                  <w:spacing w:before="0" w:after="0" w:line="280" w:lineRule="exact"/>
                  <w:jc w:val="left"/>
                  <w:rPr>
                    <w:color w:val="222222"/>
                    <w:sz w:val="20"/>
                    <w:szCs w:val="20"/>
                  </w:rPr>
                </w:pPr>
                <w:r>
                  <w:rPr>
                    <w:color w:val="8A94A0"/>
                    <w:sz w:val="20"/>
                    <w:szCs w:val="20"/>
                  </w:rPr>
                  <w:t xml:space="preserve">成果物を確かめていただく期限と、検収の結果の返し方（本書の写しをメールで、など）を書きます。</w:t>
                </w:r>
              </w:p>
              <w:p>
                <w:pPr>
                  <w:spacing w:before="0" w:after="0" w:line="280" w:lineRule="exact"/>
                  <w:jc w:val="left"/>
                  <w:rPr>
                    <w:color w:val="222222"/>
                    <w:sz w:val="20"/>
                    <w:szCs w:val="20"/>
                  </w:rPr>
                </w:pPr>
                <w:r>
                  <w:rPr>
                    <w:color w:val="8A94A0"/>
                    <w:sz w:val="20"/>
                    <w:szCs w:val="20"/>
                  </w:rPr>
                  <w:t xml:space="preserve">直してほしい点があるときの連絡の期限も書きます。</w:t>
                </w:r>
              </w:p>
            </w:sdtContent>
          </w:sdt>
        </w:tc>
      </w:tr>
      <w:tr>
        <w:trPr>
          <w:cantSplit/>
          <w:trHeight w:val="360" w:hRule="atLeast"/>
        </w:trPr>
        <w:tc>
          <w:tcPr>
            <w:tcW w:w="8310" w:type="dxa"/>
            <w:gridSpan w:val="10"/>
            <w:vAlign w:val="bottom"/>
          </w:tcPr>
          <w:p>
            <w:pPr>
              <w:spacing w:before="0" w:after="0" w:line="280" w:lineRule="exact"/>
              <w:jc w:val="left"/>
              <w:rPr>
                <w:color w:val="222222"/>
                <w:sz w:val="18"/>
                <w:szCs w:val="18"/>
              </w:rPr>
            </w:pPr>
            <w:r>
              <w:rPr>
                <w:color w:val="222222"/>
                <w:sz w:val="18"/>
                <w:szCs w:val="18"/>
              </w:rPr>
              <w:t xml:space="preserve">上記の成果物を検収しました。</w:t>
            </w:r>
          </w:p>
        </w:tc>
        <w:tc>
          <w:tcPr>
            <w:tcW w:w="1662" w:type="dxa"/>
            <w:gridSpan w:val="2"/>
            <w:tcBorders>
              <w:top w:val="single" w:sz="4" w:space="0" w:color="9AA5B1"/>
              <w:left w:val="single" w:sz="4" w:space="0" w:color="9AA5B1"/>
              <w:bottom w:val="single" w:sz="4" w:space="0" w:color="9AA5B1"/>
              <w:right w:val="single" w:sz="4" w:space="0" w:color="9AA5B1"/>
            </w:tcBorders>
            <w:shd w:val="clear" w:color="auto" w:fill="F3F4F6"/>
            <w:vAlign w:val="center"/>
          </w:tcPr>
          <w:p>
            <w:pPr>
              <w:spacing w:before="0" w:after="0" w:line="280" w:lineRule="exact"/>
              <w:jc w:val="center"/>
              <w:rPr>
                <w:color w:val="222222"/>
                <w:sz w:val="18"/>
                <w:szCs w:val="18"/>
              </w:rPr>
            </w:pPr>
            <w:r>
              <w:rPr>
                <w:color w:val="222222"/>
                <w:sz w:val="18"/>
                <w:szCs w:val="18"/>
              </w:rPr>
              <w:t xml:space="preserve">検収印</w:t>
            </w:r>
          </w:p>
        </w:tc>
      </w:tr>
      <w:tr>
        <w:trPr>
          <w:cantSplit/>
          <w:trHeight w:val="360" w:hRule="atLeast"/>
        </w:trPr>
        <w:tc>
          <w:tcPr>
            <w:tcW w:w="1662" w:type="dxa"/>
            <w:gridSpan w:val="2"/>
            <w:tcBorders>
              <w:top w:val="single" w:sz="4" w:space="0" w:color="9AA5B1"/>
              <w:left w:val="single" w:sz="4" w:space="0" w:color="9AA5B1"/>
              <w:bottom w:val="single" w:sz="4" w:space="0" w:color="9AA5B1"/>
              <w:right w:val="single" w:sz="4" w:space="0" w:color="9AA5B1"/>
            </w:tcBorders>
            <w:shd w:val="clear" w:color="auto" w:fill="F3F4F6"/>
            <w:vAlign w:val="center"/>
          </w:tcPr>
          <w:p>
            <w:pPr>
              <w:spacing w:before="0" w:after="0" w:line="280" w:lineRule="exact"/>
              <w:jc w:val="left"/>
              <w:rPr>
                <w:b/>
                <w:bCs/>
                <w:color w:val="222222"/>
                <w:sz w:val="18"/>
                <w:szCs w:val="18"/>
              </w:rPr>
            </w:pPr>
            <w:r>
              <w:rPr>
                <w:b/>
                <w:bCs/>
                <w:color w:val="222222"/>
                <w:sz w:val="18"/>
                <w:szCs w:val="18"/>
              </w:rPr>
              <w:t xml:space="preserve">検収日</w:t>
            </w:r>
          </w:p>
        </w:tc>
        <w:tc>
          <w:tcPr>
            <w:tcW w:w="6648" w:type="dxa"/>
            <w:gridSpan w:val="8"/>
            <w:tcBorders>
              <w:top w:val="single" w:sz="4" w:space="0" w:color="9AA5B1"/>
              <w:left w:val="single" w:sz="4" w:space="0" w:color="9AA5B1"/>
              <w:bottom w:val="single" w:sz="4" w:space="0" w:color="9AA5B1"/>
              <w:right w:val="single" w:sz="4" w:space="0" w:color="9AA5B1"/>
            </w:tcBorders>
            <w:vAlign w:val="center"/>
          </w:tcPr>
          <w:p>
            <w:pPr>
              <w:spacing w:before="0" w:after="0" w:line="280" w:lineRule="exact"/>
              <w:jc w:val="left"/>
              <w:rPr>
                <w:color w:val="222222"/>
                <w:sz w:val="18"/>
                <w:szCs w:val="18"/>
              </w:rPr>
            </w:pPr>
            <w:r>
              <w:rPr>
                <w:color w:val="222222"/>
                <w:sz w:val="18"/>
                <w:szCs w:val="18"/>
              </w:rPr>
              <w:t xml:space="preserve">　　　　年　　月　　日</w:t>
            </w:r>
          </w:p>
        </w:tc>
        <w:tc>
          <w:tcPr>
            <w:tcW w:w="1662" w:type="dxa"/>
            <w:gridSpan w:val="2"/>
            <w:vMerge w:val="restart"/>
            <w:tcBorders>
              <w:top w:val="single" w:sz="4" w:space="0" w:color="9AA5B1"/>
              <w:left w:val="single" w:sz="4" w:space="0" w:color="9AA5B1"/>
              <w:bottom w:val="single" w:sz="4" w:space="0" w:color="9AA5B1"/>
              <w:right w:val="single" w:sz="4" w:space="0" w:color="9AA5B1"/>
            </w:tcBorders>
            <w:vAlign w:val="center"/>
          </w:tcPr>
          <w:p>
            <w:pPr>
              <w:spacing w:before="0" w:after="0" w:line="280" w:lineRule="exact"/>
              <w:jc w:val="left"/>
              <w:rPr>
                <w:color w:val="222222"/>
                <w:sz w:val="20"/>
                <w:szCs w:val="20"/>
              </w:rPr>
            </w:pPr>
          </w:p>
        </w:tc>
      </w:tr>
      <w:tr>
        <w:trPr>
          <w:cantSplit/>
          <w:trHeight w:val="360" w:hRule="atLeast"/>
        </w:trPr>
        <w:tc>
          <w:tcPr>
            <w:tcW w:w="1662" w:type="dxa"/>
            <w:gridSpan w:val="2"/>
            <w:tcBorders>
              <w:top w:val="single" w:sz="4" w:space="0" w:color="9AA5B1"/>
              <w:left w:val="single" w:sz="4" w:space="0" w:color="9AA5B1"/>
              <w:bottom w:val="single" w:sz="4" w:space="0" w:color="9AA5B1"/>
              <w:right w:val="single" w:sz="4" w:space="0" w:color="9AA5B1"/>
            </w:tcBorders>
            <w:shd w:val="clear" w:color="auto" w:fill="F3F4F6"/>
            <w:vAlign w:val="center"/>
          </w:tcPr>
          <w:p>
            <w:pPr>
              <w:spacing w:before="0" w:after="0" w:line="280" w:lineRule="exact"/>
              <w:jc w:val="left"/>
              <w:rPr>
                <w:b/>
                <w:bCs/>
                <w:color w:val="222222"/>
                <w:sz w:val="18"/>
                <w:szCs w:val="18"/>
              </w:rPr>
            </w:pPr>
            <w:r>
              <w:rPr>
                <w:b/>
                <w:bCs/>
                <w:color w:val="222222"/>
                <w:sz w:val="18"/>
                <w:szCs w:val="18"/>
              </w:rPr>
              <w:t xml:space="preserve">結果</w:t>
            </w:r>
          </w:p>
        </w:tc>
        <w:tc>
          <w:tcPr>
            <w:tcW w:w="6648" w:type="dxa"/>
            <w:gridSpan w:val="8"/>
            <w:tcBorders>
              <w:top w:val="single" w:sz="4" w:space="0" w:color="9AA5B1"/>
              <w:left w:val="single" w:sz="4" w:space="0" w:color="9AA5B1"/>
              <w:bottom w:val="single" w:sz="4" w:space="0" w:color="9AA5B1"/>
              <w:right w:val="single" w:sz="4" w:space="0" w:color="9AA5B1"/>
            </w:tcBorders>
            <w:vAlign w:val="center"/>
          </w:tcPr>
          <w:p>
            <w:pPr>
              <w:spacing w:before="0" w:after="0" w:line="280" w:lineRule="exact"/>
              <w:jc w:val="left"/>
              <w:rPr>
                <w:color w:val="222222"/>
                <w:sz w:val="18"/>
                <w:szCs w:val="18"/>
              </w:rPr>
            </w:pPr>
            <w:r>
              <w:rPr>
                <w:color w:val="222222"/>
                <w:sz w:val="18"/>
                <w:szCs w:val="18"/>
              </w:rPr>
              <w:t xml:space="preserve">合格　・　直してほしい点あり</w:t>
            </w:r>
          </w:p>
        </w:tc>
        <w:tc>
          <w:tcPr>
            <w:tcW w:w="1662" w:type="dxa"/>
            <w:gridSpan w:val="2"/>
            <w:vMerge/>
            <w:tcBorders>
              <w:top w:val="single" w:sz="4" w:space="0" w:color="9AA5B1"/>
              <w:left w:val="single" w:sz="4" w:space="0" w:color="9AA5B1"/>
              <w:bottom w:val="single" w:sz="4" w:space="0" w:color="9AA5B1"/>
              <w:right w:val="single" w:sz="4" w:space="0" w:color="9AA5B1"/>
            </w:tcBorders>
            <w:vAlign w:val="center"/>
          </w:tcPr>
          <w:p>
            <w:pPr>
              <w:spacing w:before="0" w:after="0" w:line="280" w:lineRule="exact"/>
              <w:jc w:val="left"/>
              <w:rPr>
                <w:color w:val="222222"/>
                <w:sz w:val="20"/>
                <w:szCs w:val="20"/>
              </w:rPr>
            </w:pPr>
          </w:p>
        </w:tc>
      </w:tr>
      <w:tr>
        <w:trPr>
          <w:cantSplit/>
          <w:trHeight w:val="440" w:hRule="atLeast"/>
        </w:trPr>
        <w:tc>
          <w:tcPr>
            <w:tcW w:w="1662" w:type="dxa"/>
            <w:gridSpan w:val="2"/>
            <w:tcBorders>
              <w:top w:val="single" w:sz="4" w:space="0" w:color="9AA5B1"/>
              <w:left w:val="single" w:sz="4" w:space="0" w:color="9AA5B1"/>
              <w:bottom w:val="single" w:sz="4" w:space="0" w:color="9AA5B1"/>
              <w:right w:val="single" w:sz="4" w:space="0" w:color="9AA5B1"/>
            </w:tcBorders>
            <w:shd w:val="clear" w:color="auto" w:fill="F3F4F6"/>
            <w:vAlign w:val="center"/>
          </w:tcPr>
          <w:p>
            <w:pPr>
              <w:spacing w:before="0" w:after="0" w:line="280" w:lineRule="exact"/>
              <w:jc w:val="left"/>
              <w:rPr>
                <w:b/>
                <w:bCs/>
                <w:color w:val="222222"/>
                <w:sz w:val="18"/>
                <w:szCs w:val="18"/>
              </w:rPr>
            </w:pPr>
            <w:r>
              <w:rPr>
                <w:b/>
                <w:bCs/>
                <w:color w:val="222222"/>
                <w:sz w:val="18"/>
                <w:szCs w:val="18"/>
              </w:rPr>
              <w:t xml:space="preserve">ご所属・お名前</w:t>
            </w:r>
          </w:p>
        </w:tc>
        <w:tc>
          <w:tcPr>
            <w:tcW w:w="6648" w:type="dxa"/>
            <w:gridSpan w:val="8"/>
            <w:tcBorders>
              <w:top w:val="single" w:sz="4" w:space="0" w:color="9AA5B1"/>
              <w:left w:val="single" w:sz="4" w:space="0" w:color="9AA5B1"/>
              <w:bottom w:val="single" w:sz="4" w:space="0" w:color="9AA5B1"/>
              <w:right w:val="single" w:sz="4" w:space="0" w:color="9AA5B1"/>
            </w:tcBorders>
            <w:vAlign w:val="center"/>
          </w:tcPr>
          <w:p>
            <w:pPr>
              <w:spacing w:before="0" w:after="0" w:line="280" w:lineRule="exact"/>
              <w:jc w:val="left"/>
              <w:rPr>
                <w:color w:val="222222"/>
                <w:sz w:val="18"/>
                <w:szCs w:val="18"/>
              </w:rPr>
            </w:pPr>
          </w:p>
        </w:tc>
        <w:tc>
          <w:tcPr>
            <w:tcW w:w="1662" w:type="dxa"/>
            <w:gridSpan w:val="2"/>
            <w:vMerge/>
            <w:tcBorders>
              <w:top w:val="single" w:sz="4" w:space="0" w:color="9AA5B1"/>
              <w:left w:val="single" w:sz="4" w:space="0" w:color="9AA5B1"/>
              <w:bottom w:val="single" w:sz="4" w:space="0" w:color="9AA5B1"/>
              <w:right w:val="single" w:sz="4" w:space="0" w:color="9AA5B1"/>
            </w:tcBorders>
            <w:vAlign w:val="center"/>
          </w:tcPr>
          <w:p>
            <w:pPr>
              <w:spacing w:before="0" w:after="0" w:line="280" w:lineRule="exact"/>
              <w:jc w:val="left"/>
              <w:rPr>
                <w:color w:val="222222"/>
                <w:sz w:val="20"/>
                <w:szCs w:val="20"/>
              </w:rPr>
            </w:pPr>
          </w:p>
        </w:tc>
      </w:tr>
      <w:tr>
        <w:trPr>
          <w:cantSplit/>
          <w:trHeight w:val="360" w:hRule="atLeast"/>
        </w:trPr>
        <w:tc>
          <w:tcPr>
            <w:tcW w:w="9972" w:type="dxa"/>
            <w:gridSpan w:val="12"/>
            <w:vAlign w:val="bottom"/>
          </w:tcPr>
          <w:p>
            <w:pPr>
              <w:spacing w:before="0" w:after="0" w:line="280" w:lineRule="exact"/>
              <w:jc w:val="right"/>
              <w:rPr>
                <w:color w:val="222222"/>
                <w:sz w:val="20"/>
                <w:szCs w:val="20"/>
              </w:rPr>
            </w:pPr>
            <w:r>
              <w:rPr>
                <w:color w:val="222222"/>
                <w:sz w:val="20"/>
                <w:szCs w:val="20"/>
              </w:rPr>
              <w:t xml:space="preserve">以上</w:t>
            </w:r>
          </w:p>
        </w:tc>
      </w:tr>
    </w:tbl>
    <w:p>
      <w:pPr>
        <w:spacing w:before="0" w:after="0" w:line="20" w:lineRule="exact"/>
        <w:rPr>
          <w:sz w:val="2"/>
        </w:rPr>
      </w:pPr>
      <w:r>
        <w:rPr>
          <w:sz w:val="2"/>
        </w:rPr>
        <w:br w:type="page"/>
      </w:r>
    </w:p>
    <w:tbl>
      <w:tblPr>
        <w:tblW w:w="9972" w:type="dxa"/>
        <w:tblInd w:w="0" w:type="dxa"/>
        <w:tblLayout w:type="fixed"/>
        <w:tblCellMar>
          <w:top w:w="30" w:type="dxa"/>
          <w:left w:w="80" w:type="dxa"/>
          <w:bottom w:w="30" w:type="dxa"/>
          <w:right w:w="80" w:type="dxa"/>
        </w:tblCellMar>
        <w:tblLook w:val="04A0" w:firstRow="1" w:lastRow="0" w:firstColumn="1" w:lastColumn="0" w:noHBand="0" w:noVBand="1"/>
      </w:tblPr>
      <w:tblGrid>
        <w:gridCol w:w="831"/>
        <w:gridCol w:w="831"/>
        <w:gridCol w:w="831"/>
        <w:gridCol w:w="831"/>
        <w:gridCol w:w="831"/>
        <w:gridCol w:w="831"/>
        <w:gridCol w:w="831"/>
        <w:gridCol w:w="831"/>
        <w:gridCol w:w="831"/>
        <w:gridCol w:w="831"/>
        <w:gridCol w:w="831"/>
        <w:gridCol w:w="831"/>
      </w:tblGrid>
      <w:tr>
        <w:trPr>
          <w:cantSplit/>
          <w:trHeight w:val="640" w:hRule="atLeast"/>
        </w:trPr>
        <w:tc>
          <w:tcPr>
            <w:tcW w:w="6648" w:type="dxa"/>
            <w:gridSpan w:val="8"/>
            <w:tcBorders>
              <w:bottom w:val="single" w:sz="12" w:space="0" w:color="1F3A5F"/>
            </w:tcBorders>
            <w:tcMar>
              <w:left w:w="0" w:type="dxa"/>
              <w:right w:w="80" w:type="dxa"/>
            </w:tcMar>
            <w:vAlign w:val="bottom"/>
          </w:tcPr>
          <w:p>
            <w:pPr>
              <w:spacing w:before="0" w:after="0" w:line="500" w:lineRule="exact"/>
              <w:jc w:val="left"/>
              <w:rPr>
                <w:b/>
                <w:bCs/>
                <w:color w:val="1F3A5F"/>
                <w:sz w:val="32"/>
                <w:szCs w:val="32"/>
              </w:rPr>
            </w:pPr>
            <w:r>
              <w:rPr>
                <w:b/>
                <w:bCs/>
                <w:color w:val="1F3A5F"/>
                <w:sz w:val="32"/>
                <w:szCs w:val="32"/>
              </w:rPr>
              <w:t xml:space="preserve">別紙　結果の数字</w:t>
            </w:r>
          </w:p>
        </w:tc>
        <w:tc>
          <w:tcPr>
            <w:tcW w:w="3324" w:type="dxa"/>
            <w:gridSpan w:val="4"/>
            <w:tcBorders>
              <w:bottom w:val="single" w:sz="12" w:space="0" w:color="1F3A5F"/>
            </w:tcBorders>
            <w:tcMar>
              <w:left w:w="80" w:type="dxa"/>
              <w:right w:w="0" w:type="dxa"/>
            </w:tcMar>
            <w:vAlign w:val="bottom"/>
          </w:tcPr>
          <w:p>
            <w:pPr>
              <w:spacing w:before="0" w:after="0" w:line="260" w:lineRule="exact"/>
              <w:jc w:val="right"/>
              <w:rPr>
                <w:color w:val="222222"/>
                <w:sz w:val="18"/>
                <w:szCs w:val="18"/>
              </w:rPr>
            </w:pPr>
            <w:r>
              <w:rPr>
                <w:color w:val="222222"/>
                <w:sz w:val="18"/>
                <w:szCs w:val="18"/>
              </w:rPr>
              <w:t xml:space="preserve">No.</w:t>
            </w:r>
          </w:p>
        </w:tc>
      </w:tr>
    </w:tbl>
    <w:p>
      <w:pPr>
        <w:spacing w:before="0" w:after="0" w:line="120" w:lineRule="exact"/>
        <w:rPr>
          <w:sz w:val="2"/>
          <w:szCs w:val="2"/>
        </w:rPr>
      </w:pPr>
    </w:p>
    <w:tbl>
      <w:tblPr>
        <w:tblW w:w="9972" w:type="dxa"/>
        <w:tblInd w:w="0" w:type="dxa"/>
        <w:tblLayout w:type="fixed"/>
        <w:tblCellMar>
          <w:top w:w="30" w:type="dxa"/>
          <w:left w:w="80" w:type="dxa"/>
          <w:bottom w:w="30" w:type="dxa"/>
          <w:right w:w="80" w:type="dxa"/>
        </w:tblCellMar>
        <w:tblLook w:val="04A0" w:firstRow="1" w:lastRow="0" w:firstColumn="1" w:lastColumn="0" w:noHBand="0" w:noVBand="1"/>
      </w:tblPr>
      <w:tblGrid>
        <w:gridCol w:w="831"/>
        <w:gridCol w:w="831"/>
        <w:gridCol w:w="831"/>
        <w:gridCol w:w="831"/>
        <w:gridCol w:w="831"/>
        <w:gridCol w:w="831"/>
        <w:gridCol w:w="831"/>
        <w:gridCol w:w="831"/>
        <w:gridCol w:w="831"/>
        <w:gridCol w:w="831"/>
        <w:gridCol w:w="831"/>
        <w:gridCol w:w="831"/>
      </w:tblGrid>
      <w:tr>
        <w:trPr>
          <w:cantSplit/>
          <w:trHeight w:val="420" w:hRule="atLeast"/>
        </w:trPr>
        <w:tc>
          <w:tcPr>
            <w:tcW w:w="1662" w:type="dxa"/>
            <w:gridSpan w:val="2"/>
            <w:tcBorders>
              <w:top w:val="single" w:sz="4" w:space="0" w:color="9AA5B1"/>
              <w:left w:val="single" w:sz="4" w:space="0" w:color="9AA5B1"/>
              <w:bottom w:val="single" w:sz="4" w:space="0" w:color="9AA5B1"/>
              <w:right w:val="single" w:sz="4" w:space="0" w:color="9AA5B1"/>
            </w:tcBorders>
            <w:shd w:val="clear" w:color="auto" w:fill="F3F4F6"/>
            <w:vAlign w:val="center"/>
          </w:tcPr>
          <w:p>
            <w:pPr>
              <w:spacing w:before="0" w:after="0" w:line="280" w:lineRule="exact"/>
              <w:jc w:val="left"/>
              <w:rPr>
                <w:b/>
                <w:bCs/>
                <w:color w:val="222222"/>
                <w:sz w:val="18"/>
                <w:szCs w:val="18"/>
              </w:rPr>
            </w:pPr>
            <w:r>
              <w:rPr>
                <w:b/>
                <w:bCs/>
                <w:color w:val="222222"/>
                <w:sz w:val="18"/>
                <w:szCs w:val="18"/>
              </w:rPr>
              <w:t xml:space="preserve">業務名</w:t>
            </w:r>
          </w:p>
        </w:tc>
        <w:tc>
          <w:tcPr>
            <w:tcW w:w="8310" w:type="dxa"/>
            <w:gridSpan w:val="10"/>
            <w:tcBorders>
              <w:top w:val="single" w:sz="4" w:space="0" w:color="9AA5B1"/>
              <w:left w:val="single" w:sz="4" w:space="0" w:color="9AA5B1"/>
              <w:bottom w:val="single" w:sz="4" w:space="0" w:color="9AA5B1"/>
              <w:right w:val="single" w:sz="4" w:space="0" w:color="9AA5B1"/>
            </w:tcBorders>
            <w:vAlign w:val="center"/>
          </w:tcPr>
          <w:sdt>
            <w:sdtPr>
              <w:rPr>
                <w:color w:val="222222"/>
                <w:sz w:val="20"/>
                <w:szCs w:val="20"/>
              </w:rPr>
              <w:alias w:val="業務名"/>
              <w:id w:val="41008"/>
              <w:showingPlcHdr/>
            </w:sdtPr>
            <w:sdtContent>
              <w:p>
                <w:pPr>
                  <w:spacing w:before="0" w:after="0" w:line="280" w:lineRule="exact"/>
                  <w:jc w:val="left"/>
                  <w:rPr>
                    <w:color w:val="222222"/>
                    <w:sz w:val="20"/>
                    <w:szCs w:val="20"/>
                  </w:rPr>
                </w:pPr>
                <w:r>
                  <w:rPr>
                    <w:color w:val="8A94A0"/>
                    <w:sz w:val="20"/>
                    <w:szCs w:val="20"/>
                  </w:rPr>
                  <w:t xml:space="preserve">契約書・注文書と同じ業務の名前</w:t>
                </w:r>
              </w:p>
            </w:sdtContent>
          </w:sdt>
        </w:tc>
      </w:tr>
      <w:tr>
        <w:trPr>
          <w:cantSplit/>
          <w:trHeight w:val="420" w:hRule="atLeast"/>
        </w:trPr>
        <w:tc>
          <w:tcPr>
            <w:tcW w:w="1662" w:type="dxa"/>
            <w:gridSpan w:val="2"/>
            <w:tcBorders>
              <w:top w:val="single" w:sz="4" w:space="0" w:color="9AA5B1"/>
              <w:left w:val="single" w:sz="4" w:space="0" w:color="9AA5B1"/>
              <w:bottom w:val="single" w:sz="4" w:space="0" w:color="9AA5B1"/>
              <w:right w:val="single" w:sz="4" w:space="0" w:color="9AA5B1"/>
            </w:tcBorders>
            <w:shd w:val="clear" w:color="auto" w:fill="F3F4F6"/>
            <w:vAlign w:val="center"/>
          </w:tcPr>
          <w:p>
            <w:pPr>
              <w:spacing w:before="0" w:after="0" w:line="280" w:lineRule="exact"/>
              <w:jc w:val="left"/>
              <w:rPr>
                <w:b/>
                <w:bCs/>
                <w:color w:val="222222"/>
                <w:sz w:val="18"/>
                <w:szCs w:val="18"/>
              </w:rPr>
            </w:pPr>
            <w:r>
              <w:rPr>
                <w:b/>
                <w:bCs/>
                <w:color w:val="222222"/>
                <w:sz w:val="18"/>
                <w:szCs w:val="18"/>
              </w:rPr>
              <w:t xml:space="preserve">比べた期間</w:t>
            </w:r>
          </w:p>
        </w:tc>
        <w:tc>
          <w:tcPr>
            <w:tcW w:w="8310" w:type="dxa"/>
            <w:gridSpan w:val="10"/>
            <w:tcBorders>
              <w:top w:val="single" w:sz="4" w:space="0" w:color="9AA5B1"/>
              <w:left w:val="single" w:sz="4" w:space="0" w:color="9AA5B1"/>
              <w:bottom w:val="single" w:sz="4" w:space="0" w:color="9AA5B1"/>
              <w:right w:val="single" w:sz="4" w:space="0" w:color="9AA5B1"/>
            </w:tcBorders>
            <w:vAlign w:val="center"/>
          </w:tcPr>
          <w:sdt>
            <w:sdtPr>
              <w:rPr>
                <w:color w:val="222222"/>
                <w:sz w:val="20"/>
                <w:szCs w:val="20"/>
              </w:rPr>
              <w:alias w:val="比べた期間"/>
              <w:id w:val="41009"/>
              <w:showingPlcHdr/>
            </w:sdtPr>
            <w:sdtContent>
              <w:p>
                <w:pPr>
                  <w:spacing w:before="0" w:after="0" w:line="280" w:lineRule="exact"/>
                  <w:jc w:val="left"/>
                  <w:rPr>
                    <w:color w:val="222222"/>
                    <w:sz w:val="20"/>
                    <w:szCs w:val="20"/>
                  </w:rPr>
                </w:pPr>
                <w:r>
                  <w:rPr>
                    <w:color w:val="8A94A0"/>
                    <w:sz w:val="20"/>
                    <w:szCs w:val="20"/>
                  </w:rPr>
                  <w:t xml:space="preserve">実施前と実施後の期間（〇月と〇月など）</w:t>
                </w:r>
              </w:p>
            </w:sdtContent>
          </w:sdt>
        </w:tc>
      </w:tr>
    </w:tbl>
    <w:p>
      <w:pPr>
        <w:spacing w:before="0" w:after="0" w:line="160" w:lineRule="exact"/>
        <w:rPr>
          <w:sz w:val="2"/>
          <w:szCs w:val="2"/>
        </w:rPr>
      </w:pPr>
    </w:p>
    <w:tbl>
      <w:tblPr>
        <w:tblW w:w="9972" w:type="dxa"/>
        <w:tblInd w:w="0" w:type="dxa"/>
        <w:tblLayout w:type="fixed"/>
        <w:tblCellMar>
          <w:top w:w="30" w:type="dxa"/>
          <w:left w:w="80" w:type="dxa"/>
          <w:bottom w:w="30" w:type="dxa"/>
          <w:right w:w="80" w:type="dxa"/>
        </w:tblCellMar>
        <w:tblLook w:val="04A0" w:firstRow="1" w:lastRow="0" w:firstColumn="1" w:lastColumn="0" w:noHBand="0" w:noVBand="1"/>
      </w:tblPr>
      <w:tblGrid>
        <w:gridCol w:w="831"/>
        <w:gridCol w:w="831"/>
        <w:gridCol w:w="831"/>
        <w:gridCol w:w="831"/>
        <w:gridCol w:w="831"/>
        <w:gridCol w:w="831"/>
        <w:gridCol w:w="831"/>
        <w:gridCol w:w="831"/>
        <w:gridCol w:w="831"/>
        <w:gridCol w:w="831"/>
        <w:gridCol w:w="831"/>
        <w:gridCol w:w="831"/>
      </w:tblGrid>
      <w:tr>
        <w:trPr>
          <w:cantSplit/>
          <w:trHeight w:val="400" w:hRule="atLeast"/>
        </w:trPr>
        <w:tc>
          <w:tcPr>
            <w:tcW w:w="9972" w:type="dxa"/>
            <w:gridSpan w:val="12"/>
            <w:tcBorders>
              <w:top w:val="single" w:sz="4" w:space="0" w:color="9AA5B1"/>
              <w:left w:val="single" w:sz="4" w:space="0" w:color="9AA5B1"/>
              <w:bottom w:val="single" w:sz="4" w:space="0" w:color="9AA5B1"/>
              <w:right w:val="single" w:sz="4" w:space="0" w:color="9AA5B1"/>
            </w:tcBorders>
            <w:shd w:val="clear" w:color="auto" w:fill="E8F0F6"/>
            <w:vAlign w:val="center"/>
          </w:tcPr>
          <w:p>
            <w:pPr>
              <w:pStyle w:val="ReportHeading"/>
              <w:keepNext/>
              <w:spacing w:before="0" w:after="0" w:line="280" w:lineRule="exact"/>
              <w:jc w:val="left"/>
              <w:rPr>
                <w:b/>
                <w:bCs/>
                <w:color w:val="1F3A5F"/>
                <w:sz w:val="20"/>
                <w:szCs w:val="20"/>
              </w:rPr>
            </w:pPr>
            <w:r>
              <w:rPr>
                <w:b/>
                <w:bCs/>
                <w:color w:val="1F3A5F"/>
                <w:sz w:val="20"/>
                <w:szCs w:val="20"/>
              </w:rPr>
              <w:t xml:space="preserve">結果（数字で確かめられること）</w:t>
            </w:r>
          </w:p>
        </w:tc>
      </w:tr>
      <w:tr>
        <w:trPr>
          <w:cantSplit/>
          <w:trHeight w:val="400" w:hRule="atLeast"/>
          <w:tblHeader/>
        </w:trPr>
        <w:tc>
          <w:tcPr>
            <w:tcW w:w="3324" w:type="dxa"/>
            <w:gridSpan w:val="4"/>
            <w:tcBorders>
              <w:top w:val="single" w:sz="4" w:space="0" w:color="9AA5B1"/>
              <w:left w:val="single" w:sz="4" w:space="0" w:color="9AA5B1"/>
              <w:bottom w:val="single" w:sz="4" w:space="0" w:color="9AA5B1"/>
              <w:right w:val="single" w:sz="4" w:space="0" w:color="9AA5B1"/>
            </w:tcBorders>
            <w:shd w:val="clear" w:color="auto" w:fill="1F3A5F"/>
            <w:vAlign w:val="center"/>
          </w:tcPr>
          <w:p>
            <w:pPr>
              <w:keepNext/>
              <w:spacing w:before="0" w:after="0" w:line="280" w:lineRule="exact"/>
              <w:jc w:val="center"/>
              <w:rPr>
                <w:b/>
                <w:bCs/>
                <w:color w:val="FFFFFF"/>
                <w:sz w:val="18"/>
                <w:szCs w:val="18"/>
              </w:rPr>
            </w:pPr>
            <w:r>
              <w:rPr>
                <w:b/>
                <w:bCs/>
                <w:color w:val="FFFFFF"/>
                <w:sz w:val="18"/>
                <w:szCs w:val="18"/>
              </w:rPr>
              <w:t xml:space="preserve">項目</w:t>
            </w:r>
          </w:p>
        </w:tc>
        <w:tc>
          <w:tcPr>
            <w:tcW w:w="831" w:type="dxa"/>
            <w:tcBorders>
              <w:top w:val="single" w:sz="4" w:space="0" w:color="9AA5B1"/>
              <w:left w:val="single" w:sz="4" w:space="0" w:color="9AA5B1"/>
              <w:bottom w:val="single" w:sz="4" w:space="0" w:color="9AA5B1"/>
              <w:right w:val="single" w:sz="4" w:space="0" w:color="9AA5B1"/>
            </w:tcBorders>
            <w:shd w:val="clear" w:color="auto" w:fill="1F3A5F"/>
            <w:vAlign w:val="center"/>
          </w:tcPr>
          <w:p>
            <w:pPr>
              <w:keepNext/>
              <w:spacing w:before="0" w:after="0" w:line="280" w:lineRule="exact"/>
              <w:jc w:val="center"/>
              <w:rPr>
                <w:b/>
                <w:bCs/>
                <w:color w:val="FFFFFF"/>
                <w:sz w:val="18"/>
                <w:szCs w:val="18"/>
              </w:rPr>
            </w:pPr>
            <w:r>
              <w:rPr>
                <w:b/>
                <w:bCs/>
                <w:color w:val="FFFFFF"/>
                <w:sz w:val="18"/>
                <w:szCs w:val="18"/>
              </w:rPr>
              <w:t xml:space="preserve">実施前</w:t>
            </w:r>
          </w:p>
        </w:tc>
        <w:tc>
          <w:tcPr>
            <w:tcW w:w="831" w:type="dxa"/>
            <w:tcBorders>
              <w:top w:val="single" w:sz="4" w:space="0" w:color="9AA5B1"/>
              <w:left w:val="single" w:sz="4" w:space="0" w:color="9AA5B1"/>
              <w:bottom w:val="single" w:sz="4" w:space="0" w:color="9AA5B1"/>
              <w:right w:val="single" w:sz="4" w:space="0" w:color="9AA5B1"/>
            </w:tcBorders>
            <w:shd w:val="clear" w:color="auto" w:fill="1F3A5F"/>
            <w:vAlign w:val="center"/>
          </w:tcPr>
          <w:p>
            <w:pPr>
              <w:keepNext/>
              <w:spacing w:before="0" w:after="0" w:line="280" w:lineRule="exact"/>
              <w:jc w:val="center"/>
              <w:rPr>
                <w:b/>
                <w:bCs/>
                <w:color w:val="FFFFFF"/>
                <w:sz w:val="18"/>
                <w:szCs w:val="18"/>
              </w:rPr>
            </w:pPr>
            <w:r>
              <w:rPr>
                <w:b/>
                <w:bCs/>
                <w:color w:val="FFFFFF"/>
                <w:sz w:val="18"/>
                <w:szCs w:val="18"/>
              </w:rPr>
              <w:t xml:space="preserve">実施後</w:t>
            </w:r>
          </w:p>
        </w:tc>
        <w:tc>
          <w:tcPr>
            <w:tcW w:w="831" w:type="dxa"/>
            <w:tcBorders>
              <w:top w:val="single" w:sz="4" w:space="0" w:color="9AA5B1"/>
              <w:left w:val="single" w:sz="4" w:space="0" w:color="9AA5B1"/>
              <w:bottom w:val="single" w:sz="4" w:space="0" w:color="9AA5B1"/>
              <w:right w:val="single" w:sz="4" w:space="0" w:color="9AA5B1"/>
            </w:tcBorders>
            <w:shd w:val="clear" w:color="auto" w:fill="1F3A5F"/>
            <w:vAlign w:val="center"/>
          </w:tcPr>
          <w:p>
            <w:pPr>
              <w:keepNext/>
              <w:spacing w:before="0" w:after="0" w:line="280" w:lineRule="exact"/>
              <w:jc w:val="center"/>
              <w:rPr>
                <w:b/>
                <w:bCs/>
                <w:color w:val="FFFFFF"/>
                <w:sz w:val="18"/>
                <w:szCs w:val="18"/>
              </w:rPr>
            </w:pPr>
            <w:r>
              <w:rPr>
                <w:b/>
                <w:bCs/>
                <w:color w:val="FFFFFF"/>
                <w:sz w:val="18"/>
                <w:szCs w:val="18"/>
              </w:rPr>
              <w:t xml:space="preserve">差</w:t>
            </w:r>
          </w:p>
        </w:tc>
        <w:tc>
          <w:tcPr>
            <w:tcW w:w="831" w:type="dxa"/>
            <w:tcBorders>
              <w:top w:val="single" w:sz="4" w:space="0" w:color="9AA5B1"/>
              <w:left w:val="single" w:sz="4" w:space="0" w:color="9AA5B1"/>
              <w:bottom w:val="single" w:sz="4" w:space="0" w:color="9AA5B1"/>
              <w:right w:val="single" w:sz="4" w:space="0" w:color="9AA5B1"/>
            </w:tcBorders>
            <w:shd w:val="clear" w:color="auto" w:fill="1F3A5F"/>
            <w:vAlign w:val="center"/>
          </w:tcPr>
          <w:p>
            <w:pPr>
              <w:keepNext/>
              <w:spacing w:before="0" w:after="0" w:line="280" w:lineRule="exact"/>
              <w:jc w:val="center"/>
              <w:rPr>
                <w:b/>
                <w:bCs/>
                <w:color w:val="FFFFFF"/>
                <w:sz w:val="18"/>
                <w:szCs w:val="18"/>
              </w:rPr>
            </w:pPr>
            <w:r>
              <w:rPr>
                <w:b/>
                <w:bCs/>
                <w:color w:val="FFFFFF"/>
                <w:sz w:val="18"/>
                <w:szCs w:val="18"/>
              </w:rPr>
              <w:t xml:space="preserve">増減率</w:t>
            </w:r>
          </w:p>
        </w:tc>
        <w:tc>
          <w:tcPr>
            <w:tcW w:w="3324" w:type="dxa"/>
            <w:gridSpan w:val="4"/>
            <w:tcBorders>
              <w:top w:val="single" w:sz="4" w:space="0" w:color="9AA5B1"/>
              <w:left w:val="single" w:sz="4" w:space="0" w:color="9AA5B1"/>
              <w:bottom w:val="single" w:sz="4" w:space="0" w:color="9AA5B1"/>
              <w:right w:val="single" w:sz="4" w:space="0" w:color="9AA5B1"/>
            </w:tcBorders>
            <w:shd w:val="clear" w:color="auto" w:fill="1F3A5F"/>
            <w:vAlign w:val="center"/>
          </w:tcPr>
          <w:p>
            <w:pPr>
              <w:keepNext/>
              <w:spacing w:before="0" w:after="0" w:line="280" w:lineRule="exact"/>
              <w:jc w:val="center"/>
              <w:rPr>
                <w:b/>
                <w:bCs/>
                <w:color w:val="FFFFFF"/>
                <w:sz w:val="18"/>
                <w:szCs w:val="18"/>
              </w:rPr>
            </w:pPr>
            <w:r>
              <w:rPr>
                <w:b/>
                <w:bCs/>
                <w:color w:val="FFFFFF"/>
                <w:sz w:val="18"/>
                <w:szCs w:val="18"/>
              </w:rPr>
              <w:t xml:space="preserve">メモ</w:t>
            </w:r>
          </w:p>
        </w:tc>
      </w:tr>
      <w:tr>
        <w:trPr>
          <w:cantSplit/>
          <w:trHeight w:val="440" w:hRule="atLeast"/>
        </w:trPr>
        <w:tc>
          <w:tcPr>
            <w:tcW w:w="3324" w:type="dxa"/>
            <w:gridSpan w:val="4"/>
            <w:tcBorders>
              <w:top w:val="single" w:sz="4" w:space="0" w:color="9AA5B1"/>
              <w:left w:val="single" w:sz="4" w:space="0" w:color="9AA5B1"/>
              <w:bottom w:val="single" w:sz="4" w:space="0" w:color="9AA5B1"/>
              <w:right w:val="single" w:sz="4" w:space="0" w:color="9AA5B1"/>
            </w:tcBorders>
            <w:vAlign w:val="center"/>
          </w:tcPr>
          <w:p>
            <w:pPr>
              <w:spacing w:before="0" w:after="0" w:line="280" w:lineRule="exact"/>
              <w:jc w:val="left"/>
              <w:rPr>
                <w:color w:val="222222"/>
                <w:sz w:val="20"/>
                <w:szCs w:val="20"/>
              </w:rPr>
            </w:pPr>
          </w:p>
        </w:tc>
        <w:tc>
          <w:tcPr>
            <w:tcW w:w="831" w:type="dxa"/>
            <w:tcBorders>
              <w:top w:val="single" w:sz="4" w:space="0" w:color="9AA5B1"/>
              <w:left w:val="single" w:sz="4" w:space="0" w:color="9AA5B1"/>
              <w:bottom w:val="single" w:sz="4" w:space="0" w:color="9AA5B1"/>
              <w:right w:val="single" w:sz="4" w:space="0" w:color="9AA5B1"/>
            </w:tcBorders>
            <w:tcMar>
              <w:left w:w="20" w:type="dxa"/>
              <w:right w:w="80" w:type="dxa"/>
            </w:tcMar>
            <w:vAlign w:val="center"/>
          </w:tcPr>
          <w:p>
            <w:pPr>
              <w:spacing w:before="0" w:after="0" w:line="280" w:lineRule="exact"/>
              <w:jc w:val="right"/>
              <w:rPr>
                <w:color w:val="222222"/>
                <w:sz w:val="18"/>
                <w:szCs w:val="18"/>
              </w:rPr>
            </w:pPr>
          </w:p>
        </w:tc>
        <w:tc>
          <w:tcPr>
            <w:tcW w:w="831" w:type="dxa"/>
            <w:tcBorders>
              <w:top w:val="single" w:sz="4" w:space="0" w:color="9AA5B1"/>
              <w:left w:val="single" w:sz="4" w:space="0" w:color="9AA5B1"/>
              <w:bottom w:val="single" w:sz="4" w:space="0" w:color="9AA5B1"/>
              <w:right w:val="single" w:sz="4" w:space="0" w:color="9AA5B1"/>
            </w:tcBorders>
            <w:tcMar>
              <w:left w:w="20" w:type="dxa"/>
              <w:right w:w="80" w:type="dxa"/>
            </w:tcMar>
            <w:vAlign w:val="center"/>
          </w:tcPr>
          <w:p>
            <w:pPr>
              <w:spacing w:before="0" w:after="0" w:line="280" w:lineRule="exact"/>
              <w:jc w:val="right"/>
              <w:rPr>
                <w:color w:val="222222"/>
                <w:sz w:val="18"/>
                <w:szCs w:val="18"/>
              </w:rPr>
            </w:pPr>
          </w:p>
        </w:tc>
        <w:tc>
          <w:tcPr>
            <w:tcW w:w="831" w:type="dxa"/>
            <w:tcBorders>
              <w:top w:val="single" w:sz="4" w:space="0" w:color="9AA5B1"/>
              <w:left w:val="single" w:sz="4" w:space="0" w:color="9AA5B1"/>
              <w:bottom w:val="single" w:sz="4" w:space="0" w:color="9AA5B1"/>
              <w:right w:val="single" w:sz="4" w:space="0" w:color="9AA5B1"/>
            </w:tcBorders>
            <w:tcMar>
              <w:left w:w="20" w:type="dxa"/>
              <w:right w:w="80" w:type="dxa"/>
            </w:tcMar>
            <w:vAlign w:val="center"/>
          </w:tcPr>
          <w:p>
            <w:pPr>
              <w:spacing w:before="0" w:after="0" w:line="280" w:lineRule="exact"/>
              <w:jc w:val="right"/>
              <w:rPr>
                <w:color w:val="222222"/>
                <w:sz w:val="18"/>
                <w:szCs w:val="18"/>
              </w:rPr>
            </w:pPr>
          </w:p>
        </w:tc>
        <w:tc>
          <w:tcPr>
            <w:tcW w:w="831" w:type="dxa"/>
            <w:tcBorders>
              <w:top w:val="single" w:sz="4" w:space="0" w:color="9AA5B1"/>
              <w:left w:val="single" w:sz="4" w:space="0" w:color="9AA5B1"/>
              <w:bottom w:val="single" w:sz="4" w:space="0" w:color="9AA5B1"/>
              <w:right w:val="single" w:sz="4" w:space="0" w:color="9AA5B1"/>
            </w:tcBorders>
            <w:tcMar>
              <w:left w:w="20" w:type="dxa"/>
              <w:right w:w="80" w:type="dxa"/>
            </w:tcMar>
            <w:vAlign w:val="center"/>
          </w:tcPr>
          <w:p>
            <w:pPr>
              <w:spacing w:before="0" w:after="0" w:line="280" w:lineRule="exact"/>
              <w:jc w:val="right"/>
              <w:rPr>
                <w:color w:val="222222"/>
                <w:sz w:val="18"/>
                <w:szCs w:val="18"/>
              </w:rPr>
            </w:pPr>
          </w:p>
        </w:tc>
        <w:tc>
          <w:tcPr>
            <w:tcW w:w="3324" w:type="dxa"/>
            <w:gridSpan w:val="4"/>
            <w:tcBorders>
              <w:top w:val="single" w:sz="4" w:space="0" w:color="9AA5B1"/>
              <w:left w:val="single" w:sz="4" w:space="0" w:color="9AA5B1"/>
              <w:bottom w:val="single" w:sz="4" w:space="0" w:color="9AA5B1"/>
              <w:right w:val="single" w:sz="4" w:space="0" w:color="9AA5B1"/>
            </w:tcBorders>
            <w:vAlign w:val="center"/>
          </w:tcPr>
          <w:p>
            <w:pPr>
              <w:spacing w:before="0" w:after="0" w:line="280" w:lineRule="exact"/>
              <w:jc w:val="left"/>
              <w:rPr>
                <w:color w:val="222222"/>
                <w:sz w:val="18"/>
                <w:szCs w:val="18"/>
              </w:rPr>
            </w:pPr>
          </w:p>
        </w:tc>
      </w:tr>
      <w:tr>
        <w:trPr>
          <w:cantSplit/>
          <w:trHeight w:val="440" w:hRule="atLeast"/>
        </w:trPr>
        <w:tc>
          <w:tcPr>
            <w:tcW w:w="3324" w:type="dxa"/>
            <w:gridSpan w:val="4"/>
            <w:tcBorders>
              <w:top w:val="single" w:sz="4" w:space="0" w:color="9AA5B1"/>
              <w:left w:val="single" w:sz="4" w:space="0" w:color="9AA5B1"/>
              <w:bottom w:val="single" w:sz="4" w:space="0" w:color="9AA5B1"/>
              <w:right w:val="single" w:sz="4" w:space="0" w:color="9AA5B1"/>
            </w:tcBorders>
            <w:vAlign w:val="center"/>
          </w:tcPr>
          <w:p>
            <w:pPr>
              <w:spacing w:before="0" w:after="0" w:line="280" w:lineRule="exact"/>
              <w:jc w:val="left"/>
              <w:rPr>
                <w:color w:val="222222"/>
                <w:sz w:val="20"/>
                <w:szCs w:val="20"/>
              </w:rPr>
            </w:pPr>
          </w:p>
        </w:tc>
        <w:tc>
          <w:tcPr>
            <w:tcW w:w="831" w:type="dxa"/>
            <w:tcBorders>
              <w:top w:val="single" w:sz="4" w:space="0" w:color="9AA5B1"/>
              <w:left w:val="single" w:sz="4" w:space="0" w:color="9AA5B1"/>
              <w:bottom w:val="single" w:sz="4" w:space="0" w:color="9AA5B1"/>
              <w:right w:val="single" w:sz="4" w:space="0" w:color="9AA5B1"/>
            </w:tcBorders>
            <w:tcMar>
              <w:left w:w="20" w:type="dxa"/>
              <w:right w:w="80" w:type="dxa"/>
            </w:tcMar>
            <w:vAlign w:val="center"/>
          </w:tcPr>
          <w:p>
            <w:pPr>
              <w:spacing w:before="0" w:after="0" w:line="280" w:lineRule="exact"/>
              <w:jc w:val="right"/>
              <w:rPr>
                <w:color w:val="222222"/>
                <w:sz w:val="18"/>
                <w:szCs w:val="18"/>
              </w:rPr>
            </w:pPr>
          </w:p>
        </w:tc>
        <w:tc>
          <w:tcPr>
            <w:tcW w:w="831" w:type="dxa"/>
            <w:tcBorders>
              <w:top w:val="single" w:sz="4" w:space="0" w:color="9AA5B1"/>
              <w:left w:val="single" w:sz="4" w:space="0" w:color="9AA5B1"/>
              <w:bottom w:val="single" w:sz="4" w:space="0" w:color="9AA5B1"/>
              <w:right w:val="single" w:sz="4" w:space="0" w:color="9AA5B1"/>
            </w:tcBorders>
            <w:tcMar>
              <w:left w:w="20" w:type="dxa"/>
              <w:right w:w="80" w:type="dxa"/>
            </w:tcMar>
            <w:vAlign w:val="center"/>
          </w:tcPr>
          <w:p>
            <w:pPr>
              <w:spacing w:before="0" w:after="0" w:line="280" w:lineRule="exact"/>
              <w:jc w:val="right"/>
              <w:rPr>
                <w:color w:val="222222"/>
                <w:sz w:val="18"/>
                <w:szCs w:val="18"/>
              </w:rPr>
            </w:pPr>
          </w:p>
        </w:tc>
        <w:tc>
          <w:tcPr>
            <w:tcW w:w="831" w:type="dxa"/>
            <w:tcBorders>
              <w:top w:val="single" w:sz="4" w:space="0" w:color="9AA5B1"/>
              <w:left w:val="single" w:sz="4" w:space="0" w:color="9AA5B1"/>
              <w:bottom w:val="single" w:sz="4" w:space="0" w:color="9AA5B1"/>
              <w:right w:val="single" w:sz="4" w:space="0" w:color="9AA5B1"/>
            </w:tcBorders>
            <w:tcMar>
              <w:left w:w="20" w:type="dxa"/>
              <w:right w:w="80" w:type="dxa"/>
            </w:tcMar>
            <w:vAlign w:val="center"/>
          </w:tcPr>
          <w:p>
            <w:pPr>
              <w:spacing w:before="0" w:after="0" w:line="280" w:lineRule="exact"/>
              <w:jc w:val="right"/>
              <w:rPr>
                <w:color w:val="222222"/>
                <w:sz w:val="18"/>
                <w:szCs w:val="18"/>
              </w:rPr>
            </w:pPr>
          </w:p>
        </w:tc>
        <w:tc>
          <w:tcPr>
            <w:tcW w:w="831" w:type="dxa"/>
            <w:tcBorders>
              <w:top w:val="single" w:sz="4" w:space="0" w:color="9AA5B1"/>
              <w:left w:val="single" w:sz="4" w:space="0" w:color="9AA5B1"/>
              <w:bottom w:val="single" w:sz="4" w:space="0" w:color="9AA5B1"/>
              <w:right w:val="single" w:sz="4" w:space="0" w:color="9AA5B1"/>
            </w:tcBorders>
            <w:tcMar>
              <w:left w:w="20" w:type="dxa"/>
              <w:right w:w="80" w:type="dxa"/>
            </w:tcMar>
            <w:vAlign w:val="center"/>
          </w:tcPr>
          <w:p>
            <w:pPr>
              <w:spacing w:before="0" w:after="0" w:line="280" w:lineRule="exact"/>
              <w:jc w:val="right"/>
              <w:rPr>
                <w:color w:val="222222"/>
                <w:sz w:val="18"/>
                <w:szCs w:val="18"/>
              </w:rPr>
            </w:pPr>
          </w:p>
        </w:tc>
        <w:tc>
          <w:tcPr>
            <w:tcW w:w="3324" w:type="dxa"/>
            <w:gridSpan w:val="4"/>
            <w:tcBorders>
              <w:top w:val="single" w:sz="4" w:space="0" w:color="9AA5B1"/>
              <w:left w:val="single" w:sz="4" w:space="0" w:color="9AA5B1"/>
              <w:bottom w:val="single" w:sz="4" w:space="0" w:color="9AA5B1"/>
              <w:right w:val="single" w:sz="4" w:space="0" w:color="9AA5B1"/>
            </w:tcBorders>
            <w:vAlign w:val="center"/>
          </w:tcPr>
          <w:p>
            <w:pPr>
              <w:spacing w:before="0" w:after="0" w:line="280" w:lineRule="exact"/>
              <w:jc w:val="left"/>
              <w:rPr>
                <w:color w:val="222222"/>
                <w:sz w:val="18"/>
                <w:szCs w:val="18"/>
              </w:rPr>
            </w:pPr>
          </w:p>
        </w:tc>
      </w:tr>
      <w:tr>
        <w:trPr>
          <w:cantSplit/>
          <w:trHeight w:val="440" w:hRule="atLeast"/>
        </w:trPr>
        <w:tc>
          <w:tcPr>
            <w:tcW w:w="3324" w:type="dxa"/>
            <w:gridSpan w:val="4"/>
            <w:tcBorders>
              <w:top w:val="single" w:sz="4" w:space="0" w:color="9AA5B1"/>
              <w:left w:val="single" w:sz="4" w:space="0" w:color="9AA5B1"/>
              <w:bottom w:val="single" w:sz="4" w:space="0" w:color="9AA5B1"/>
              <w:right w:val="single" w:sz="4" w:space="0" w:color="9AA5B1"/>
            </w:tcBorders>
            <w:vAlign w:val="center"/>
          </w:tcPr>
          <w:p>
            <w:pPr>
              <w:spacing w:before="0" w:after="0" w:line="280" w:lineRule="exact"/>
              <w:jc w:val="left"/>
              <w:rPr>
                <w:color w:val="222222"/>
                <w:sz w:val="20"/>
                <w:szCs w:val="20"/>
              </w:rPr>
            </w:pPr>
          </w:p>
        </w:tc>
        <w:tc>
          <w:tcPr>
            <w:tcW w:w="831" w:type="dxa"/>
            <w:tcBorders>
              <w:top w:val="single" w:sz="4" w:space="0" w:color="9AA5B1"/>
              <w:left w:val="single" w:sz="4" w:space="0" w:color="9AA5B1"/>
              <w:bottom w:val="single" w:sz="4" w:space="0" w:color="9AA5B1"/>
              <w:right w:val="single" w:sz="4" w:space="0" w:color="9AA5B1"/>
            </w:tcBorders>
            <w:tcMar>
              <w:left w:w="20" w:type="dxa"/>
              <w:right w:w="80" w:type="dxa"/>
            </w:tcMar>
            <w:vAlign w:val="center"/>
          </w:tcPr>
          <w:p>
            <w:pPr>
              <w:spacing w:before="0" w:after="0" w:line="280" w:lineRule="exact"/>
              <w:jc w:val="right"/>
              <w:rPr>
                <w:color w:val="222222"/>
                <w:sz w:val="18"/>
                <w:szCs w:val="18"/>
              </w:rPr>
            </w:pPr>
          </w:p>
        </w:tc>
        <w:tc>
          <w:tcPr>
            <w:tcW w:w="831" w:type="dxa"/>
            <w:tcBorders>
              <w:top w:val="single" w:sz="4" w:space="0" w:color="9AA5B1"/>
              <w:left w:val="single" w:sz="4" w:space="0" w:color="9AA5B1"/>
              <w:bottom w:val="single" w:sz="4" w:space="0" w:color="9AA5B1"/>
              <w:right w:val="single" w:sz="4" w:space="0" w:color="9AA5B1"/>
            </w:tcBorders>
            <w:tcMar>
              <w:left w:w="20" w:type="dxa"/>
              <w:right w:w="80" w:type="dxa"/>
            </w:tcMar>
            <w:vAlign w:val="center"/>
          </w:tcPr>
          <w:p>
            <w:pPr>
              <w:spacing w:before="0" w:after="0" w:line="280" w:lineRule="exact"/>
              <w:jc w:val="right"/>
              <w:rPr>
                <w:color w:val="222222"/>
                <w:sz w:val="18"/>
                <w:szCs w:val="18"/>
              </w:rPr>
            </w:pPr>
          </w:p>
        </w:tc>
        <w:tc>
          <w:tcPr>
            <w:tcW w:w="831" w:type="dxa"/>
            <w:tcBorders>
              <w:top w:val="single" w:sz="4" w:space="0" w:color="9AA5B1"/>
              <w:left w:val="single" w:sz="4" w:space="0" w:color="9AA5B1"/>
              <w:bottom w:val="single" w:sz="4" w:space="0" w:color="9AA5B1"/>
              <w:right w:val="single" w:sz="4" w:space="0" w:color="9AA5B1"/>
            </w:tcBorders>
            <w:tcMar>
              <w:left w:w="20" w:type="dxa"/>
              <w:right w:w="80" w:type="dxa"/>
            </w:tcMar>
            <w:vAlign w:val="center"/>
          </w:tcPr>
          <w:p>
            <w:pPr>
              <w:spacing w:before="0" w:after="0" w:line="280" w:lineRule="exact"/>
              <w:jc w:val="right"/>
              <w:rPr>
                <w:color w:val="222222"/>
                <w:sz w:val="18"/>
                <w:szCs w:val="18"/>
              </w:rPr>
            </w:pPr>
          </w:p>
        </w:tc>
        <w:tc>
          <w:tcPr>
            <w:tcW w:w="831" w:type="dxa"/>
            <w:tcBorders>
              <w:top w:val="single" w:sz="4" w:space="0" w:color="9AA5B1"/>
              <w:left w:val="single" w:sz="4" w:space="0" w:color="9AA5B1"/>
              <w:bottom w:val="single" w:sz="4" w:space="0" w:color="9AA5B1"/>
              <w:right w:val="single" w:sz="4" w:space="0" w:color="9AA5B1"/>
            </w:tcBorders>
            <w:tcMar>
              <w:left w:w="20" w:type="dxa"/>
              <w:right w:w="80" w:type="dxa"/>
            </w:tcMar>
            <w:vAlign w:val="center"/>
          </w:tcPr>
          <w:p>
            <w:pPr>
              <w:spacing w:before="0" w:after="0" w:line="280" w:lineRule="exact"/>
              <w:jc w:val="right"/>
              <w:rPr>
                <w:color w:val="222222"/>
                <w:sz w:val="18"/>
                <w:szCs w:val="18"/>
              </w:rPr>
            </w:pPr>
          </w:p>
        </w:tc>
        <w:tc>
          <w:tcPr>
            <w:tcW w:w="3324" w:type="dxa"/>
            <w:gridSpan w:val="4"/>
            <w:tcBorders>
              <w:top w:val="single" w:sz="4" w:space="0" w:color="9AA5B1"/>
              <w:left w:val="single" w:sz="4" w:space="0" w:color="9AA5B1"/>
              <w:bottom w:val="single" w:sz="4" w:space="0" w:color="9AA5B1"/>
              <w:right w:val="single" w:sz="4" w:space="0" w:color="9AA5B1"/>
            </w:tcBorders>
            <w:vAlign w:val="center"/>
          </w:tcPr>
          <w:p>
            <w:pPr>
              <w:spacing w:before="0" w:after="0" w:line="280" w:lineRule="exact"/>
              <w:jc w:val="left"/>
              <w:rPr>
                <w:color w:val="222222"/>
                <w:sz w:val="18"/>
                <w:szCs w:val="18"/>
              </w:rPr>
            </w:pPr>
          </w:p>
        </w:tc>
      </w:tr>
      <w:tr>
        <w:trPr>
          <w:cantSplit/>
          <w:trHeight w:val="440" w:hRule="atLeast"/>
        </w:trPr>
        <w:tc>
          <w:tcPr>
            <w:tcW w:w="3324" w:type="dxa"/>
            <w:gridSpan w:val="4"/>
            <w:tcBorders>
              <w:top w:val="single" w:sz="4" w:space="0" w:color="9AA5B1"/>
              <w:left w:val="single" w:sz="4" w:space="0" w:color="9AA5B1"/>
              <w:bottom w:val="single" w:sz="4" w:space="0" w:color="9AA5B1"/>
              <w:right w:val="single" w:sz="4" w:space="0" w:color="9AA5B1"/>
            </w:tcBorders>
            <w:vAlign w:val="center"/>
          </w:tcPr>
          <w:p>
            <w:pPr>
              <w:spacing w:before="0" w:after="0" w:line="280" w:lineRule="exact"/>
              <w:jc w:val="left"/>
              <w:rPr>
                <w:color w:val="222222"/>
                <w:sz w:val="20"/>
                <w:szCs w:val="20"/>
              </w:rPr>
            </w:pPr>
          </w:p>
        </w:tc>
        <w:tc>
          <w:tcPr>
            <w:tcW w:w="831" w:type="dxa"/>
            <w:tcBorders>
              <w:top w:val="single" w:sz="4" w:space="0" w:color="9AA5B1"/>
              <w:left w:val="single" w:sz="4" w:space="0" w:color="9AA5B1"/>
              <w:bottom w:val="single" w:sz="4" w:space="0" w:color="9AA5B1"/>
              <w:right w:val="single" w:sz="4" w:space="0" w:color="9AA5B1"/>
            </w:tcBorders>
            <w:tcMar>
              <w:left w:w="20" w:type="dxa"/>
              <w:right w:w="80" w:type="dxa"/>
            </w:tcMar>
            <w:vAlign w:val="center"/>
          </w:tcPr>
          <w:p>
            <w:pPr>
              <w:spacing w:before="0" w:after="0" w:line="280" w:lineRule="exact"/>
              <w:jc w:val="right"/>
              <w:rPr>
                <w:color w:val="222222"/>
                <w:sz w:val="18"/>
                <w:szCs w:val="18"/>
              </w:rPr>
            </w:pPr>
          </w:p>
        </w:tc>
        <w:tc>
          <w:tcPr>
            <w:tcW w:w="831" w:type="dxa"/>
            <w:tcBorders>
              <w:top w:val="single" w:sz="4" w:space="0" w:color="9AA5B1"/>
              <w:left w:val="single" w:sz="4" w:space="0" w:color="9AA5B1"/>
              <w:bottom w:val="single" w:sz="4" w:space="0" w:color="9AA5B1"/>
              <w:right w:val="single" w:sz="4" w:space="0" w:color="9AA5B1"/>
            </w:tcBorders>
            <w:tcMar>
              <w:left w:w="20" w:type="dxa"/>
              <w:right w:w="80" w:type="dxa"/>
            </w:tcMar>
            <w:vAlign w:val="center"/>
          </w:tcPr>
          <w:p>
            <w:pPr>
              <w:spacing w:before="0" w:after="0" w:line="280" w:lineRule="exact"/>
              <w:jc w:val="right"/>
              <w:rPr>
                <w:color w:val="222222"/>
                <w:sz w:val="18"/>
                <w:szCs w:val="18"/>
              </w:rPr>
            </w:pPr>
          </w:p>
        </w:tc>
        <w:tc>
          <w:tcPr>
            <w:tcW w:w="831" w:type="dxa"/>
            <w:tcBorders>
              <w:top w:val="single" w:sz="4" w:space="0" w:color="9AA5B1"/>
              <w:left w:val="single" w:sz="4" w:space="0" w:color="9AA5B1"/>
              <w:bottom w:val="single" w:sz="4" w:space="0" w:color="9AA5B1"/>
              <w:right w:val="single" w:sz="4" w:space="0" w:color="9AA5B1"/>
            </w:tcBorders>
            <w:tcMar>
              <w:left w:w="20" w:type="dxa"/>
              <w:right w:w="80" w:type="dxa"/>
            </w:tcMar>
            <w:vAlign w:val="center"/>
          </w:tcPr>
          <w:p>
            <w:pPr>
              <w:spacing w:before="0" w:after="0" w:line="280" w:lineRule="exact"/>
              <w:jc w:val="right"/>
              <w:rPr>
                <w:color w:val="222222"/>
                <w:sz w:val="18"/>
                <w:szCs w:val="18"/>
              </w:rPr>
            </w:pPr>
          </w:p>
        </w:tc>
        <w:tc>
          <w:tcPr>
            <w:tcW w:w="831" w:type="dxa"/>
            <w:tcBorders>
              <w:top w:val="single" w:sz="4" w:space="0" w:color="9AA5B1"/>
              <w:left w:val="single" w:sz="4" w:space="0" w:color="9AA5B1"/>
              <w:bottom w:val="single" w:sz="4" w:space="0" w:color="9AA5B1"/>
              <w:right w:val="single" w:sz="4" w:space="0" w:color="9AA5B1"/>
            </w:tcBorders>
            <w:tcMar>
              <w:left w:w="20" w:type="dxa"/>
              <w:right w:w="80" w:type="dxa"/>
            </w:tcMar>
            <w:vAlign w:val="center"/>
          </w:tcPr>
          <w:p>
            <w:pPr>
              <w:spacing w:before="0" w:after="0" w:line="280" w:lineRule="exact"/>
              <w:jc w:val="right"/>
              <w:rPr>
                <w:color w:val="222222"/>
                <w:sz w:val="18"/>
                <w:szCs w:val="18"/>
              </w:rPr>
            </w:pPr>
          </w:p>
        </w:tc>
        <w:tc>
          <w:tcPr>
            <w:tcW w:w="3324" w:type="dxa"/>
            <w:gridSpan w:val="4"/>
            <w:tcBorders>
              <w:top w:val="single" w:sz="4" w:space="0" w:color="9AA5B1"/>
              <w:left w:val="single" w:sz="4" w:space="0" w:color="9AA5B1"/>
              <w:bottom w:val="single" w:sz="4" w:space="0" w:color="9AA5B1"/>
              <w:right w:val="single" w:sz="4" w:space="0" w:color="9AA5B1"/>
            </w:tcBorders>
            <w:vAlign w:val="center"/>
          </w:tcPr>
          <w:p>
            <w:pPr>
              <w:spacing w:before="0" w:after="0" w:line="280" w:lineRule="exact"/>
              <w:jc w:val="left"/>
              <w:rPr>
                <w:color w:val="222222"/>
                <w:sz w:val="18"/>
                <w:szCs w:val="18"/>
              </w:rPr>
            </w:pPr>
          </w:p>
        </w:tc>
      </w:tr>
      <w:tr>
        <w:trPr>
          <w:cantSplit/>
          <w:trHeight w:val="440" w:hRule="atLeast"/>
        </w:trPr>
        <w:tc>
          <w:tcPr>
            <w:tcW w:w="3324" w:type="dxa"/>
            <w:gridSpan w:val="4"/>
            <w:tcBorders>
              <w:top w:val="single" w:sz="4" w:space="0" w:color="9AA5B1"/>
              <w:left w:val="single" w:sz="4" w:space="0" w:color="9AA5B1"/>
              <w:bottom w:val="single" w:sz="4" w:space="0" w:color="9AA5B1"/>
              <w:right w:val="single" w:sz="4" w:space="0" w:color="9AA5B1"/>
            </w:tcBorders>
            <w:vAlign w:val="center"/>
          </w:tcPr>
          <w:p>
            <w:pPr>
              <w:spacing w:before="0" w:after="0" w:line="280" w:lineRule="exact"/>
              <w:jc w:val="left"/>
              <w:rPr>
                <w:color w:val="222222"/>
                <w:sz w:val="20"/>
                <w:szCs w:val="20"/>
              </w:rPr>
            </w:pPr>
          </w:p>
        </w:tc>
        <w:tc>
          <w:tcPr>
            <w:tcW w:w="831" w:type="dxa"/>
            <w:tcBorders>
              <w:top w:val="single" w:sz="4" w:space="0" w:color="9AA5B1"/>
              <w:left w:val="single" w:sz="4" w:space="0" w:color="9AA5B1"/>
              <w:bottom w:val="single" w:sz="4" w:space="0" w:color="9AA5B1"/>
              <w:right w:val="single" w:sz="4" w:space="0" w:color="9AA5B1"/>
            </w:tcBorders>
            <w:tcMar>
              <w:left w:w="20" w:type="dxa"/>
              <w:right w:w="80" w:type="dxa"/>
            </w:tcMar>
            <w:vAlign w:val="center"/>
          </w:tcPr>
          <w:p>
            <w:pPr>
              <w:spacing w:before="0" w:after="0" w:line="280" w:lineRule="exact"/>
              <w:jc w:val="right"/>
              <w:rPr>
                <w:color w:val="222222"/>
                <w:sz w:val="18"/>
                <w:szCs w:val="18"/>
              </w:rPr>
            </w:pPr>
          </w:p>
        </w:tc>
        <w:tc>
          <w:tcPr>
            <w:tcW w:w="831" w:type="dxa"/>
            <w:tcBorders>
              <w:top w:val="single" w:sz="4" w:space="0" w:color="9AA5B1"/>
              <w:left w:val="single" w:sz="4" w:space="0" w:color="9AA5B1"/>
              <w:bottom w:val="single" w:sz="4" w:space="0" w:color="9AA5B1"/>
              <w:right w:val="single" w:sz="4" w:space="0" w:color="9AA5B1"/>
            </w:tcBorders>
            <w:tcMar>
              <w:left w:w="20" w:type="dxa"/>
              <w:right w:w="80" w:type="dxa"/>
            </w:tcMar>
            <w:vAlign w:val="center"/>
          </w:tcPr>
          <w:p>
            <w:pPr>
              <w:spacing w:before="0" w:after="0" w:line="280" w:lineRule="exact"/>
              <w:jc w:val="right"/>
              <w:rPr>
                <w:color w:val="222222"/>
                <w:sz w:val="18"/>
                <w:szCs w:val="18"/>
              </w:rPr>
            </w:pPr>
          </w:p>
        </w:tc>
        <w:tc>
          <w:tcPr>
            <w:tcW w:w="831" w:type="dxa"/>
            <w:tcBorders>
              <w:top w:val="single" w:sz="4" w:space="0" w:color="9AA5B1"/>
              <w:left w:val="single" w:sz="4" w:space="0" w:color="9AA5B1"/>
              <w:bottom w:val="single" w:sz="4" w:space="0" w:color="9AA5B1"/>
              <w:right w:val="single" w:sz="4" w:space="0" w:color="9AA5B1"/>
            </w:tcBorders>
            <w:tcMar>
              <w:left w:w="20" w:type="dxa"/>
              <w:right w:w="80" w:type="dxa"/>
            </w:tcMar>
            <w:vAlign w:val="center"/>
          </w:tcPr>
          <w:p>
            <w:pPr>
              <w:spacing w:before="0" w:after="0" w:line="280" w:lineRule="exact"/>
              <w:jc w:val="right"/>
              <w:rPr>
                <w:color w:val="222222"/>
                <w:sz w:val="18"/>
                <w:szCs w:val="18"/>
              </w:rPr>
            </w:pPr>
          </w:p>
        </w:tc>
        <w:tc>
          <w:tcPr>
            <w:tcW w:w="831" w:type="dxa"/>
            <w:tcBorders>
              <w:top w:val="single" w:sz="4" w:space="0" w:color="9AA5B1"/>
              <w:left w:val="single" w:sz="4" w:space="0" w:color="9AA5B1"/>
              <w:bottom w:val="single" w:sz="4" w:space="0" w:color="9AA5B1"/>
              <w:right w:val="single" w:sz="4" w:space="0" w:color="9AA5B1"/>
            </w:tcBorders>
            <w:tcMar>
              <w:left w:w="20" w:type="dxa"/>
              <w:right w:w="80" w:type="dxa"/>
            </w:tcMar>
            <w:vAlign w:val="center"/>
          </w:tcPr>
          <w:p>
            <w:pPr>
              <w:spacing w:before="0" w:after="0" w:line="280" w:lineRule="exact"/>
              <w:jc w:val="right"/>
              <w:rPr>
                <w:color w:val="222222"/>
                <w:sz w:val="18"/>
                <w:szCs w:val="18"/>
              </w:rPr>
            </w:pPr>
          </w:p>
        </w:tc>
        <w:tc>
          <w:tcPr>
            <w:tcW w:w="3324" w:type="dxa"/>
            <w:gridSpan w:val="4"/>
            <w:tcBorders>
              <w:top w:val="single" w:sz="4" w:space="0" w:color="9AA5B1"/>
              <w:left w:val="single" w:sz="4" w:space="0" w:color="9AA5B1"/>
              <w:bottom w:val="single" w:sz="4" w:space="0" w:color="9AA5B1"/>
              <w:right w:val="single" w:sz="4" w:space="0" w:color="9AA5B1"/>
            </w:tcBorders>
            <w:vAlign w:val="center"/>
          </w:tcPr>
          <w:p>
            <w:pPr>
              <w:spacing w:before="0" w:after="0" w:line="280" w:lineRule="exact"/>
              <w:jc w:val="left"/>
              <w:rPr>
                <w:color w:val="222222"/>
                <w:sz w:val="18"/>
                <w:szCs w:val="18"/>
              </w:rPr>
            </w:pPr>
          </w:p>
        </w:tc>
      </w:tr>
    </w:tbl>
    <w:p>
      <w:pPr>
        <w:spacing w:before="40" w:after="0" w:line="250" w:lineRule="exact"/>
        <w:jc w:val="left"/>
        <w:rPr>
          <w:color w:val="555555"/>
          <w:sz w:val="17"/>
          <w:szCs w:val="17"/>
        </w:rPr>
      </w:pPr>
      <w:r>
        <w:rPr>
          <w:color w:val="555555"/>
          <w:sz w:val="17"/>
          <w:szCs w:val="17"/>
        </w:rPr>
        <w:t xml:space="preserve">差＝実施後−実施前、増減率＝実施後÷実施前−1。Word 版には数式がないので、計算して書き入れます（Excel 版は数式で出ます）。</w:t>
      </w:r>
    </w:p>
    <w:p>
      <w:pPr>
        <w:spacing w:before="40" w:after="0" w:line="250" w:lineRule="exact"/>
        <w:jc w:val="left"/>
        <w:rPr>
          <w:color w:val="555555"/>
          <w:sz w:val="17"/>
          <w:szCs w:val="17"/>
        </w:rPr>
      </w:pPr>
      <w:r>
        <w:rPr>
          <w:color w:val="555555"/>
          <w:sz w:val="17"/>
          <w:szCs w:val="17"/>
        </w:rPr>
        <w:t xml:space="preserve">実施前・実施後には数字だけを入れ、単位は項目に書きます。時間は秒か分にそろえます。</w:t>
      </w:r>
    </w:p>
    <w:p>
      <w:pPr>
        <w:spacing w:before="0" w:after="0" w:line="160" w:lineRule="exact"/>
        <w:rPr>
          <w:sz w:val="2"/>
          <w:szCs w:val="2"/>
        </w:rPr>
      </w:pPr>
    </w:p>
    <w:tbl>
      <w:tblPr>
        <w:tblW w:w="9972" w:type="dxa"/>
        <w:tblInd w:w="0" w:type="dxa"/>
        <w:tblLayout w:type="fixed"/>
        <w:tblCellMar>
          <w:top w:w="30" w:type="dxa"/>
          <w:left w:w="80" w:type="dxa"/>
          <w:bottom w:w="30" w:type="dxa"/>
          <w:right w:w="80" w:type="dxa"/>
        </w:tblCellMar>
        <w:tblLook w:val="04A0" w:firstRow="1" w:lastRow="0" w:firstColumn="1" w:lastColumn="0" w:noHBand="0" w:noVBand="1"/>
      </w:tblPr>
      <w:tblGrid>
        <w:gridCol w:w="831"/>
        <w:gridCol w:w="831"/>
        <w:gridCol w:w="831"/>
        <w:gridCol w:w="831"/>
        <w:gridCol w:w="831"/>
        <w:gridCol w:w="831"/>
        <w:gridCol w:w="831"/>
        <w:gridCol w:w="831"/>
        <w:gridCol w:w="831"/>
        <w:gridCol w:w="831"/>
        <w:gridCol w:w="831"/>
        <w:gridCol w:w="831"/>
      </w:tblGrid>
      <w:tr>
        <w:trPr>
          <w:cantSplit/>
          <w:trHeight w:val="400" w:hRule="atLeast"/>
        </w:trPr>
        <w:tc>
          <w:tcPr>
            <w:tcW w:w="9972" w:type="dxa"/>
            <w:gridSpan w:val="12"/>
            <w:tcBorders>
              <w:top w:val="single" w:sz="4" w:space="0" w:color="9AA5B1"/>
              <w:left w:val="single" w:sz="4" w:space="0" w:color="9AA5B1"/>
              <w:bottom w:val="single" w:sz="4" w:space="0" w:color="9AA5B1"/>
              <w:right w:val="single" w:sz="4" w:space="0" w:color="9AA5B1"/>
            </w:tcBorders>
            <w:shd w:val="clear" w:color="auto" w:fill="E8F0F6"/>
            <w:vAlign w:val="center"/>
          </w:tcPr>
          <w:p>
            <w:pPr>
              <w:pStyle w:val="ReportHeading"/>
              <w:keepNext/>
              <w:spacing w:before="0" w:after="0" w:line="280" w:lineRule="exact"/>
              <w:jc w:val="left"/>
              <w:rPr>
                <w:b/>
                <w:bCs/>
                <w:color w:val="1F3A5F"/>
                <w:sz w:val="20"/>
                <w:szCs w:val="20"/>
              </w:rPr>
            </w:pPr>
            <w:r>
              <w:rPr>
                <w:b/>
                <w:bCs/>
                <w:color w:val="1F3A5F"/>
                <w:sz w:val="20"/>
                <w:szCs w:val="20"/>
              </w:rPr>
              <w:t xml:space="preserve">数え方と、これからのこと</w:t>
            </w:r>
          </w:p>
        </w:tc>
      </w:tr>
      <w:tr>
        <w:trPr>
          <w:cantSplit/>
          <w:trHeight w:val="1440" w:hRule="atLeast"/>
        </w:trPr>
        <w:tc>
          <w:tcPr>
            <w:tcW w:w="9972" w:type="dxa"/>
            <w:gridSpan w:val="12"/>
            <w:tcBorders>
              <w:top w:val="single" w:sz="4" w:space="0" w:color="9AA5B1"/>
              <w:left w:val="single" w:sz="4" w:space="0" w:color="9AA5B1"/>
              <w:bottom w:val="single" w:sz="4" w:space="0" w:color="9AA5B1"/>
              <w:right w:val="single" w:sz="4" w:space="0" w:color="9AA5B1"/>
            </w:tcBorders>
            <w:vAlign w:val="top"/>
          </w:tcPr>
          <w:sdt>
            <w:sdtPr>
              <w:rPr>
                <w:color w:val="222222"/>
                <w:sz w:val="20"/>
                <w:szCs w:val="20"/>
              </w:rPr>
              <w:alias w:val="数え方と、これからのこと"/>
              <w:id w:val="41010"/>
              <w:showingPlcHdr/>
            </w:sdtPr>
            <w:sdtContent>
              <w:p>
                <w:pPr>
                  <w:spacing w:before="0" w:after="0" w:line="280" w:lineRule="exact"/>
                  <w:jc w:val="left"/>
                  <w:rPr>
                    <w:color w:val="222222"/>
                    <w:sz w:val="20"/>
                    <w:szCs w:val="20"/>
                  </w:rPr>
                </w:pPr>
                <w:r>
                  <w:rPr>
                    <w:color w:val="8A94A0"/>
                    <w:sz w:val="20"/>
                    <w:szCs w:val="20"/>
                  </w:rPr>
                  <w:t xml:space="preserve">数字の数え方（どのデータから、どの期間を）と、これからの見通しを書きます。</w:t>
                </w:r>
              </w:p>
            </w:sdtContent>
          </w:sdt>
        </w:tc>
      </w:tr>
    </w:tbl>
    <w:p>
      <w:pPr>
        <w:spacing w:before="0" w:after="0" w:line="20" w:lineRule="exact"/>
        <w:rPr>
          <w:sz w:val="2"/>
          <w:szCs w:val="2"/>
        </w:rPr>
      </w:pPr>
    </w:p>
    <w:sectPr w:rsidR="00FC693F" w:rsidRPr="0006063C" w:rsidSect="00034616">
      <w:pgSz w:w="11906" w:h="16838"/>
      <w:pgMar w:top="720" w:right="967" w:bottom="720" w:left="967" w:header="425" w:footer="425"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游ゴシック" w:eastAsia="游ゴシック" w:hAnsi="游ゴシック" w:cs="游ゴシック"/>
        <w:color w:val="222222"/>
        <w:sz w:val="20"/>
        <w:szCs w:val="20"/>
        <w:lang w:val="en-US" w:eastAsia="ja-JP" w:bidi="ar-SA"/>
      </w:rPr>
    </w:rPrDefault>
    <w:pPrDefault>
      <w:pPr>
        <w:autoSpaceDE w:val="0"/>
        <w:autoSpaceDN w:val="0"/>
        <w:spacing w:after="0" w:line="280" w:lineRule="exact"/>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ReportHeading">
    <w:name w:val="報告書の見出し"/>
    <w:basedOn w:val="Normal"/>
    <w:next w:val="Normal"/>
    <w:qFormat/>
    <w:pPr>
      <w:keepNext/>
      <w:outlineLvl w:val="0"/>
    </w:pPr>
    <w:rPr>
      <w:b/>
      <w:bCs/>
      <w:color w:val="1F3A5F"/>
      <w:sz w:val="21"/>
      <w:szCs w:val="21"/>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業務完了報告書</dc:title>
  <dc:subject/>
  <dc:creator>おまかせレポート</dc:creator>
  <cp:keywords/>
  <dc:description/>
  <cp:lastModifiedBy>おまかせレポート</cp:lastModifiedBy>
  <cp:revision>1</cp:revision>
  <dcterms:created xsi:type="dcterms:W3CDTF">2026-11-03T14:22:09Z</dcterms:created>
  <dcterms:modified xsi:type="dcterms:W3CDTF">2026-11-03T14:22:09Z</dcterms:modified>
  <cp:category/>
</cp:coreProperties>
</file>