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クレーム報告書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KC-2610-07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エアコンの室外機の音についてのお申し出（北川様）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工事部 木下部長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2026年11月2日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工事課 山本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状況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完了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受付日時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10月30日（金）14:00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受付方法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電話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受付者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事務 高橋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作業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お客様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北川様（戸建て。10月28日に、2階の寝室のエアコンを取り付け）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お申し出の内容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「10月28日に取り付けてもらったエアコンの室外機の音が大きい。夜、寝室の窓の外からブーンという低い音がして眠れない。取り付けた日から続いている。一度見に来てほしい。」（お電話の内容を、高橋が書き取ったもの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確かめた事実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30日15時に山本が伺い、運転中の室外機を確かめました。室外機の脚の下に敷く防振ゴム4つが付いておらず、室外機の振動がベランダの床に伝わって、低い音が出ていました。室外機とエアコンの本体に、故障はありませんで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対応の経緯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したこと・わかったこと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10/30（金）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14:00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北川様からお電話でお申し出。15時に伺う約束をした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高橋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14:10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木下部長に第一報（山本が伺うこと、結果を17時までに報告すること）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工事課長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15:00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山本が伺い、運転中の室外機を確かめた。防振ゴムが付いていないことがわかった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山本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15:30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北川様に原因をご説明してお詫びし、翌日10時に直す約束をした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山本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16:50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木下部長に、確かめた結果を報告した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山本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10/31（土）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10:00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防振ゴムを付け、室外機を据え直した。北川様と一緒に、運転中の音が小さくなったことを確かめた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山本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11/2（月）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10:00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お電話で、その後の様子を伺った。「夜も音が気にならなくなった」とのこと。お詫びと対策の書面をお送りした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山本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原因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・直接の原因：取り付けのとき、防振ゴムを付け忘れた。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・その背景：取り付けのチェック表に防振ゴムの項目がなく、取り付けたあとに、運転中の室外機の音と振動を確かめる手順もなかった。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再発防止策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取り付けのチェック表に「防振ゴム（4か所）」を足す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工事課 山本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11月6日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取り付けのあと、お客様と一緒に、運転中の室外機の音と振動を確かめる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工事課 全員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11月6日から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10月にベランダに室外機を置いた12件で、防振ゴムが付いているかを写真で確かめる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工事課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11月13日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社内に共有したいこと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室外機をベランダや2階に置く家では、防振ゴムがないと、低い音が部屋に響きやすくなります。取り付けの日は、お客様と一緒に音を確かめてから帰ってください。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状況・受付方法・種類は、それぞれの欄の案内の中から書きます。表の行は、いちばん下の行の右端の欄で Tab キーを押すと足せます。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クレーム報告書（社内向け）</dc:title>
  <dc:subject/>
  <dc:creator>おまかせレポート</dc:creator>
  <cp:keywords/>
  <dc:description/>
  <cp:lastModifiedBy>おまかせレポート</cp:lastModifiedBy>
  <cp:revision>1</cp:revision>
  <dcterms:created xsi:type="dcterms:W3CDTF">2026-11-03T14:24:11Z</dcterms:created>
  <dcterms:modified xsi:type="dcterms:W3CDTF">2026-11-03T14:24:11Z</dcterms:modified>
  <cp:category/>
</cp:coreProperties>
</file>