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</w:t>
            </w:r>
          </w:p>
        </w:tc>
      </w:tr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〇〇〇〇年〇月〇日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〇〇株式会社 〇〇部</w:t>
            </w: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</w:rPr>
              <w:t xml:space="preserve">〇〇 様</w:t>
            </w: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〇〇株式会社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〇〇部 〇〇 〇〇</w:t>
            </w:r>
          </w:p>
        </w:tc>
      </w:tr>
    </w:tbl>
    <w:p>
      <w:pPr>
        <w:spacing w:before="0" w:after="0" w:line="2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 xml:space="preserve">〇〇についての〇〇のご報告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このたびは、〇〇により、ご迷惑とご心配をおかけし、申し訳ございません。お申し出をいただいた件について、確かめた事実と、当社の対応・再発防止策を、下記のとおりご報告いたします。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記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お申し出の日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お申し出の日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〇〇〇〇年〇月〇日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対象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対象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いつの、何の商品・作業についてのお申し出か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確かめた事実</w:t>
            </w:r>
          </w:p>
        </w:tc>
      </w:tr>
      <w:tr>
        <w:trPr>
          <w:cantSplit/>
          <w:trHeight w:val="7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1. 確かめた事実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何が起きていたかを、確かめた事実だけで書きます。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影響</w:t>
            </w:r>
          </w:p>
        </w:tc>
      </w:tr>
      <w:tr>
        <w:trPr>
          <w:cantSplit/>
          <w:trHeight w:val="7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2. 影響"/>
              <w:id w:val="4100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いつから、いつまで、どんな影響があったかを書きます。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当社の対応</w:t>
            </w:r>
          </w:p>
        </w:tc>
      </w:tr>
      <w:tr>
        <w:trPr>
          <w:cantSplit/>
          <w:trHeight w:val="7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3. 当社の対応"/>
              <w:id w:val="41005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いつ、何をしたか。お客様と一緒に確かめたことも書きます。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再発防止策</w:t>
            </w:r>
          </w:p>
        </w:tc>
      </w:tr>
      <w:tr>
        <w:trPr>
          <w:cantSplit/>
          <w:trHeight w:val="7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4. 再発防止策"/>
              <w:id w:val="41006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同じことを起こさないために、何を変えたかを書きます。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今後のご連絡</w:t>
            </w:r>
          </w:p>
        </w:tc>
      </w:tr>
      <w:tr>
        <w:trPr>
          <w:cantSplit/>
          <w:trHeight w:val="7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5. 今後のご連絡"/>
              <w:id w:val="41007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気になることがあったときの連絡先（担当者・電話番号）を書きます。</w:t>
                </w:r>
              </w:p>
            </w:sdtContent>
          </w:sdt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bottom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以上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クレームのお詫びとご報告（お客様向け）</dc:title>
  <dc:subject/>
  <dc:creator>おまかせレポート</dc:creator>
  <cp:keywords/>
  <dc:description/>
  <cp:lastModifiedBy>おまかせレポート</cp:lastModifiedBy>
  <cp:revision>1</cp:revision>
  <dcterms:created xsi:type="dcterms:W3CDTF">2026-11-03T14:24:11Z</dcterms:created>
  <dcterms:modified xsi:type="dcterms:W3CDTF">2026-11-03T14:24:11Z</dcterms:modified>
  <cp:category/>
</cp:coreProperties>
</file>