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1週間のチェック表（毎日の確認）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チェック表の名前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チェック表の名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何の確認か（例：店舗の開店前のチェック）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週の始まり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週の始まり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〇〇〇〇/〇/〇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確かめる場所・部署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✓＝できた　×＝できなかった・異常があった（下のメモに書く）　－＝休みの日・対象外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831" w:type="dxa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3324" w:type="dxa"/>
            <w:gridSpan w:val="4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確認すること（終わった状態で書く）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  <w:tblHeader/>
        </w:trPr>
        <w:tc>
          <w:tcPr>
            <w:tcW w:w="831" w:type="dxa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✓の数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×の数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確かめた人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休みの日は先に－を書いておくと、書き忘れと見分けられます。✓・×の数は、日ごとに数えて書きます（Excel 版は数式で出ます）。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メモ（×を付けた日は、何があって、どうしたかを書く）</w:t>
            </w:r>
          </w:p>
        </w:tc>
      </w:tr>
      <w:tr>
        <w:trPr>
          <w:cantSplit/>
          <w:trHeight w:val="14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メモ（×を付けた日は、何があって、どうしたかを書く）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〇/〇（〇）何があったか。どうしたか。（名前）</w:t>
                </w:r>
              </w:p>
            </w:sdtContent>
          </w:sdt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1週間のチェック表</dc:title>
  <dc:subject/>
  <dc:creator>おまかせレポート</dc:creator>
  <cp:keywords/>
  <dc:description/>
  <cp:lastModifiedBy>おまかせレポート</cp:lastModifiedBy>
  <cp:revision>1</cp:revision>
  <dcterms:created xsi:type="dcterms:W3CDTF">2026-11-03T17:07:42Z</dcterms:created>
  <dcterms:modified xsi:type="dcterms:W3CDTF">2026-11-03T17:07:42Z</dcterms:modified>
  <cp:category/>
</cp:coreProperties>
</file>