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1週間のチェック表（毎日の確認）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チェック表の名前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事務所の退社前のチェック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週の始まり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2026/11/2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本部 4F 店舗運営部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✓＝できた　×＝できなかった・異常があった（下のメモに書く）　－＝休みの日・対象外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831" w:type="dxa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3324" w:type="dxa"/>
            <w:gridSpan w:val="4"/>
            <w:vMerge w:val="restart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確認すること（終わった状態で書く）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11/8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831" w:type="dxa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3324" w:type="dxa"/>
            <w:gridSpan w:val="4"/>
            <w:vMerge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火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水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金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土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FFFFFF"/>
                <w:sz w:val="18"/>
                <w:szCs w:val="18"/>
              </w:rPr>
            </w:pPr>
            <w:r>
              <w:rPr>
                <w:color w:val="FFFFFF"/>
                <w:sz w:val="18"/>
                <w:szCs w:val="18"/>
              </w:rPr>
              <w:t xml:space="preserve">日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窓の鍵が、すべてかかっている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エアコンと照明が消えている（会議室を含む）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C0392B"/>
                <w:sz w:val="24"/>
                <w:szCs w:val="24"/>
              </w:rPr>
            </w:pPr>
            <w:r>
              <w:rPr>
                <w:b/>
                <w:bCs/>
                <w:color w:val="C0392B"/>
                <w:sz w:val="24"/>
                <w:szCs w:val="24"/>
              </w:rPr>
              <w:t xml:space="preserve">×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電気ポット・コーヒーメーカーの電源が切れている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金庫と書類の棚に、鍵がかかっている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机の上に、お客様の資料・個人の情報が出ていない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来客用の入館証が、全部（10枚）戻っている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ゴミをまとめて、決まった場所に出した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入口の鍵をかけ、警備をセットした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4"/>
                <w:szCs w:val="24"/>
              </w:rPr>
            </w:pPr>
            <w:r>
              <w:rPr>
                <w:b/>
                <w:bCs/>
                <w:color w:val="222222"/>
                <w:sz w:val="24"/>
                <w:szCs w:val="24"/>
              </w:rPr>
              <w:t xml:space="preserve">－</w:t>
            </w: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48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4"/>
                <w:szCs w:val="24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✓の数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×の数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</w:t>
            </w:r>
          </w:p>
        </w:tc>
      </w:tr>
      <w:tr>
        <w:trPr>
          <w:cantSplit/>
          <w:trHeight w:val="360" w:hRule="atLeast"/>
        </w:trPr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確かめた人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小川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中村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休みの日は先に－を書いておくと、書き忘れと見分けられます。✓・×の数は、日ごとに数えて書きます（Excel 版は数式で出ます）。</w:t>
      </w:r>
    </w:p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メモ（×を付けた日は、何があって、どうしたかを書く）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11/4（水）会議室Bのエアコンが点いたままだった。消して、会議室の入口に「最後の人はエアコンを消す」と貼った。（中村）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1週間のチェック表</dc:title>
  <dc:subject/>
  <dc:creator>おまかせレポート</dc:creator>
  <cp:keywords/>
  <dc:description/>
  <cp:lastModifiedBy>おまかせレポート</cp:lastModifiedBy>
  <cp:revision>1</cp:revision>
  <dcterms:created xsi:type="dcterms:W3CDTF">2026-11-03T17:07:42Z</dcterms:created>
  <dcterms:modified xsi:type="dcterms:W3CDTF">2026-11-03T17:07:42Z</dcterms:modified>
  <cp:category/>
</cp:coreProperties>
</file>