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出張報告書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所属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氏名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出張の概要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種類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種類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商談・視察・展示会など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同行者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同行者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一緒に行った人。いなければ「なし」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期間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期間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〇〇〇〇年〇月〇日（〇）〜〇日（〇）（〇泊〇日）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出張先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出張先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訪問した会社・施設・会場の名前と場所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目的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目的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何のために行ったかを1文で</w:t>
                </w:r>
              </w:p>
            </w:sdtContent>
          </w:sdt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種類は、商談・視察・展示会・研修・会議・その他のどれかを書きます。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日程と行き先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時間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行き先・会った人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</w:t>
            </w: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結果（結論を先に）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3. 結果（結論を先に）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決まったこと、決まらなかったこと、数字（件数・金額）を先に書きます。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決まらなかったことは、いつ答えが出るかも書きます。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詳しい内容・わかったこと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4. 詳しい内容・わかったこと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相手から聞いたこと、現地で見たことを「・」で1行ずつ書きます。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聞いた話と、自分の考えは分けて書きます。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次の行動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行動（何をするか）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44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経費（円）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区分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領収書</w:t>
            </w: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仮払金（受け取っていなければ空欄）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精算額（合計−仮払金。＋は受け取る額、−は返す額）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経費の合計と精算額は、足し引きして書き入れます（Excel 版は数式で出ます）。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日当の額、宿泊費の上限、領収書の要否、精算の方法は、会社の出張旅費の規程に従ってください。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上司のコメント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</w:tr>
      <w:tr>
        <w:trPr>
          <w:cantSplit/>
          <w:trHeight w:val="108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出張報告書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2026-11-03T14:24:40Z</dcterms:created>
  <dcterms:modified xsi:type="dcterms:W3CDTF">2026-11-03T14:24:40Z</dcterms:modified>
  <cp:category/>
</cp:coreProperties>
</file>