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出張報告書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小川部長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2026年10月19日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法人営業課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西村 拓也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出張の概要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商談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同行者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商品開発課 岡田（1日目）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2026年10月15日（木）〜16日（金）（1泊2日）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出張先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サンプルストア株式会社 本部（大阪市）と、同社の2店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目的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冬のギフト2品（だしのギフト・佃煮のギフト）を、関西の店舗で扱っていただくための商談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種類は、商談・視察・展示会・研修・会議・その他のどれかを書きます。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日程と行き先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行き先・会った人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10/15（木）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9:00〜11:30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東京 → 新大阪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移動（新幹線）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10/15（木）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14:00〜15:30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本部（バイヤー2名）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冬のギフト2品の商談と試食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10/16（金）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10:00〜12:30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同社の2店（ギフトの売場）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売場の視察と聞き取り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10/16（金）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13:30〜16:00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新大阪 → 東京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移動・帰社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結果（結論を先に）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・だしのギフトの採用が決まりました。12月1日から、関西の38店で販売します。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・佃煮のギフトは、味の濃さを確かめたいとのことで、試食用のサンプルを送り、10月30日までにお返事をいただきます。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・初回の発注は、38店で計1,140セットの見込みです（バイヤーの見立て）。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詳しい内容・わかったこと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・バイヤーによると、去年の冬は3,000円台のギフトがよく売れました。だしのギフトは3,240円で、この価格帯に入ります。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・佃煮のギフトは、ほかの社の商品と見た目が近いので、違いを売場で伝えるPOPがほしいと言われました。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・2日目に見た2店は、11月からギフトの売場を入口の近くに移す準備をしていました。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次の行動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行動（何をするか）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佃煮のギフトの試食用サンプル（24セット）を、本部に送る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西村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10月20日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だしのギフトの見積書（納品の価格・最小の発注数）を出す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西村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10月21日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佃煮のギフトの違いを伝える、店頭のPOPの案を作る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販促課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10月28日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経費（円）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領収書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交通費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新幹線（東京〜新大阪・往復）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29,440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あり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交通費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地下鉄（2日分）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宿泊費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ホテル1泊（朝食なし）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9,800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あり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交通費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タクシー（2店の間）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2,460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あり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10/16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日当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2日分（規程の額）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46,620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仮払金（受け取っていなければ空欄）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精算額（合計−仮払金。＋は受け取る額、−は返す額）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−3,380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経費の合計と精算額は、足し引きして書き入れます（Excel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日当の額、宿泊費の上限、領収書の要否、精算の方法は、会社の出張旅費の規程に従ってください。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採用の決まっただしのギフトは、12月に欠品が出ないよう、製造部と生産の計画を10月23日までに確かめてください。（小川）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出張報告書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2026-11-03T14:24:40Z</dcterms:created>
  <dcterms:modified xsi:type="dcterms:W3CDTF">2026-11-03T14:24:40Z</dcterms:modified>
  <cp:category/>
</cp:coreProperties>
</file>