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収支報告書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　　　年度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団体名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団体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〇〇町内会、〇〇小学校PTA など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会計期間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会計期間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〇年4月1日〜〇年3月31日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作成日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作成者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作成者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会計 〇〇 〇〇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収入の部（円）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科目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増減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摘要（説明）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前年度繰越金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会費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補助金・助成金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事業収入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寄付金・協賛金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雑収入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収入合計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支出の部（円）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科目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増減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摘要（説明）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会議費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事業費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通信・印刷費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消耗品費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慶弔費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負担金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雑費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予備費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支出合計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収支のまとめ（円）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増減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説明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収入合計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1. の収入合計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支出合計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2. の支出合計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次年度への繰越金</w:t>
            </w:r>
          </w:p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（収入合計−支出合計）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次の年度の前年度繰越金になります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今年度の収支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（繰越金を除く）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＋は今年度の収入で支出をまかなえた額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合計・増減・繰越金は、予算額と決算額から計算して書き入れます（Excel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増減は決算額−予算額。収入の＋は予算より多く入った額、支出の＋は多く使った額です。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残高の確かめ（年度末の通帳・現金・出納帳）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確かめるもの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繰越金との差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結果・メモ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通帳の残高（年度末）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手元の現金（年度末）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通帳＋現金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出納帳の残高（収入の合計−支出の合計）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「合いません」のときは、出納帳の書き漏れ・科目の名前・領収書の金額を見直します。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会計監査の報告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監査の結果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監事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監事</w:t>
            </w:r>
          </w:p>
        </w:tc>
      </w:tr>
      <w:tr>
        <w:trPr>
          <w:cantSplit/>
          <w:trHeight w:val="108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　　　年度の会計について、帳簿・通帳・領収書を照らし合わせ、この収支報告書のとおり相違ないことを確認しました。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監査をした日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収支報告書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2026-11-03T15:11:33Z</dcterms:created>
  <dcterms:modified xsi:type="dcterms:W3CDTF">2026-11-03T15:11:33Z</dcterms:modified>
  <cp:category/>
</cp:coreProperties>
</file>