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収支報告書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2025年度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団体名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サンプル北町自治会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会計期間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2025年4月1日〜2026年3月31日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作成日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2026年4月5日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作成者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会計 北村 和子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収入の部（円）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科目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増減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摘要（説明）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前年度繰越金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186,420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186,420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2024年度からの繰越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会費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432,000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428,400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−3,600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2世帯は上期分のみ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補助金（市）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60,000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58,000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−2,000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防犯灯の電気代の補助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事業収入（夏祭り）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80,000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92,500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+12,500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模擬店6店の売上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寄付金・協賛金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+20,000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夏祭りの協賛4件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雑収入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−62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預金の利息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収入合計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758,520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785,358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+26,838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支出の部（円）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科目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増減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摘要（説明）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会議費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16,840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−3,160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総会・役員会12回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夏祭り費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180,000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196,310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+16,310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テント・材料・景品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防災・防犯費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31,480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−8,520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防災訓練・パトロール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敬老会費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60,000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57,600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−2,400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お祝いの品72名分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防犯灯の維持費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104,236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−5,764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電気代・修理2灯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集会所の維持費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80,000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76,412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−3,588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光熱水費・火災保険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慶弔費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15,000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−5,000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弔慰金3件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通信・印刷費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25,000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21,904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−3,096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回覧・お知らせの印刷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消耗品費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15,000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12,368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−2,632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用紙・トナー・掃除用品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連合自治会への負担金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36,000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36,000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300円×120世帯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雑費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1,320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−680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振込手数料4回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予備費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170,520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−170,520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使っていません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支出合計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758,520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569,470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−189,050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収支のまとめ（円）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決算額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増減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説明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収入合計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758,520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785,358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+26,838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1. の収入合計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支出合計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758,520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569,470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−189,050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2. の支出合計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次年度への繰越金</w:t>
            </w:r>
          </w:p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（収入合計−支出合計）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215,888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+215,888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次の年度の前年度繰越金になります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今年度の収支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（繰越金を除く）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+29,468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＋は今年度の収入で支出をまかなえた額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合計・増減・繰越金は、予算額と決算額から計算して書き入れます（Excel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増減は決算額−予算額。収入の＋は予算より多く入った額、支出の＋は多く使った額です。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残高の確かめ（年度末の通帳・現金・出納帳）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確かめるもの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繰越金との差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結果・メモ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通帳の残高（年度末）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204,733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サンプル信用金庫 普通預金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手元の現金（年度末）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11,155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会計が保管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通帳＋現金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215,888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一致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出納帳の残高（収入の合計−支出の合計）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215,888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一致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「合いません」のときは、出納帳の書き漏れ・科目の名前・領収書の金額を見直します。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会計監査の報告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監査の結果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監事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監事</w:t>
            </w:r>
          </w:p>
        </w:tc>
      </w:tr>
      <w:tr>
        <w:trPr>
          <w:cantSplit/>
          <w:trHeight w:val="108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2025年度の会計について、帳簿・通帳・領収書を照らし合わせ、この収支報告書のとおり相違ないことを確認しました。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監査をした日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2026年4月12日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南 健一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東 由美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収支報告書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2026-11-03T15:11:33Z</dcterms:created>
  <dcterms:modified xsi:type="dcterms:W3CDTF">2026-11-03T15:11:33Z</dcterms:modified>
  <cp:category/>
</cp:coreProperties>
</file>