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640" w:hRule="atLeast"/>
        </w:trPr>
        <w:tc>
          <w:tcPr>
            <w:tcW w:w="6648" w:type="dxa"/>
            <w:gridSpan w:val="8"/>
            <w:tcBorders>
              <w:bottom w:val="single" w:sz="12" w:space="0" w:color="1F3A5F"/>
            </w:tcBorders>
            <w:tcMar>
              <w:left w:w="0" w:type="dxa"/>
              <w:right w:w="80" w:type="dxa"/>
            </w:tcMar>
            <w:vAlign w:val="bottom"/>
          </w:tcPr>
          <w:p>
            <w:pPr>
              <w:spacing w:before="0" w:after="0" w:line="500" w:lineRule="exact"/>
              <w:jc w:val="left"/>
              <w:rPr>
                <w:b/>
                <w:bCs/>
                <w:color w:val="1F3A5F"/>
                <w:sz w:val="32"/>
                <w:szCs w:val="32"/>
              </w:rPr>
            </w:pPr>
            <w:r>
              <w:rPr>
                <w:b/>
                <w:bCs/>
                <w:color w:val="1F3A5F"/>
                <w:sz w:val="32"/>
                <w:szCs w:val="32"/>
              </w:rPr>
              <w:t xml:space="preserve">活動報告書</w:t>
            </w:r>
          </w:p>
        </w:tc>
        <w:tc>
          <w:tcPr>
            <w:tcW w:w="3324" w:type="dxa"/>
            <w:gridSpan w:val="4"/>
            <w:tcBorders>
              <w:bottom w:val="single" w:sz="12" w:space="0" w:color="1F3A5F"/>
            </w:tcBorders>
            <w:tcMar>
              <w:left w:w="80" w:type="dxa"/>
              <w:right w:w="0" w:type="dxa"/>
            </w:tcMar>
            <w:vAlign w:val="bottom"/>
          </w:tcPr>
          <w:p>
            <w:pPr>
              <w:spacing w:before="0" w:after="0" w:line="260" w:lineRule="exact"/>
              <w:jc w:val="right"/>
              <w:rPr>
                <w:color w:val="222222"/>
                <w:sz w:val="18"/>
                <w:szCs w:val="18"/>
              </w:rPr>
            </w:pPr>
            <w:r>
              <w:rPr>
                <w:color w:val="222222"/>
                <w:sz w:val="18"/>
                <w:szCs w:val="18"/>
              </w:rPr>
              <w:t xml:space="preserve">　　　年度</w:t>
            </w:r>
          </w:p>
        </w:tc>
      </w:tr>
    </w:tbl>
    <w:p>
      <w:pPr>
        <w:spacing w:before="0" w:after="0" w:line="12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団体名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団体名"/>
              <w:id w:val="41001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〇〇町内会、〇〇PTA など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対象期間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対象期間"/>
              <w:id w:val="41002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〇年4月1日〜〇年3月31日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報告日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日"/>
              <w:id w:val="41003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総会の日</w:t>
                </w:r>
              </w:p>
            </w:sdtContent>
          </w:sdt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報告者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報告者"/>
              <w:id w:val="41004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会長 〇〇 〇〇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会員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会員"/>
              <w:id w:val="41005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会員の数（世帯・人）と、班・部会の数</w:t>
                </w:r>
              </w:p>
            </w:sdtContent>
          </w:sdt>
        </w:tc>
      </w:tr>
      <w:tr>
        <w:trPr>
          <w:cantSplit/>
          <w:trHeight w:val="42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役員</w:t>
            </w:r>
          </w:p>
        </w:tc>
        <w:tc>
          <w:tcPr>
            <w:tcW w:w="8310" w:type="dxa"/>
            <w:gridSpan w:val="10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sdt>
            <w:sdtPr>
              <w:rPr>
                <w:color w:val="222222"/>
                <w:sz w:val="20"/>
                <w:szCs w:val="20"/>
              </w:rPr>
              <w:alias w:val="役員"/>
              <w:id w:val="41006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会長・副会長・会計・監事 など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1. 活動のまとめ（結論を先に）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1. 活動のまとめ（結論を先に）"/>
              <w:id w:val="41007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1年間で何をして、どうだったかを「・」で2〜3行に書きます。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行事の数・参加人数・目標に届いたかを、数字で書きます。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2. 行事・活動の一覧</w:t>
            </w:r>
          </w:p>
        </w:tc>
      </w:tr>
      <w:tr>
        <w:trPr>
          <w:cantSplit/>
          <w:trHeight w:val="42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行事・活動の数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F3F4F6"/>
            <w:vAlign w:val="center"/>
          </w:tcPr>
          <w:p>
            <w:pPr>
              <w:spacing w:before="0" w:after="0" w:line="280" w:lineRule="exact"/>
              <w:jc w:val="left"/>
              <w:rPr>
                <w:b/>
                <w:bCs/>
                <w:color w:val="222222"/>
                <w:sz w:val="18"/>
                <w:szCs w:val="18"/>
              </w:rPr>
            </w:pPr>
            <w:r>
              <w:rPr>
                <w:b/>
                <w:bCs/>
                <w:color w:val="222222"/>
                <w:sz w:val="18"/>
                <w:szCs w:val="18"/>
              </w:rPr>
              <w:t xml:space="preserve">延べ参加人数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0" w:after="0" w:line="8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  <w:tblHeader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日付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行事・活動</w:t>
            </w: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内容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人数</w:t>
            </w: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担当</w:t>
            </w: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4155" w:type="dxa"/>
            <w:gridSpan w:val="5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left w:w="20" w:type="dxa"/>
              <w:right w:w="80" w:type="dxa"/>
            </w:tcMar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18"/>
                <w:szCs w:val="18"/>
              </w:rPr>
            </w:pPr>
          </w:p>
        </w:tc>
        <w:tc>
          <w:tcPr>
            <w:tcW w:w="1662" w:type="dxa"/>
            <w:gridSpan w:val="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行事・活動の数と延べ参加人数は、数えて書き入れます（Excel 版は数式で出ます）。</w:t>
      </w:r>
    </w:p>
    <w:p>
      <w:pPr>
        <w:spacing w:before="0" w:after="0" w:line="160" w:lineRule="exact"/>
        <w:rPr>
          <w:sz w:val="2"/>
          <w:szCs w:val="2"/>
        </w:rPr>
      </w:pPr>
    </w:p>
    <w:p>
      <w:pPr>
        <w:spacing w:before="0" w:after="0" w:line="20" w:lineRule="exact"/>
        <w:rPr>
          <w:sz w:val="2"/>
        </w:rPr>
      </w:pPr>
      <w:r>
        <w:rPr>
          <w:sz w:val="2"/>
        </w:rPr>
        <w:br w:type="page"/>
      </w: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3. 目標と結果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目標（期の初めに決めたこと）</w:t>
            </w: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結果（数字で）</w:t>
            </w: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評価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メモ</w:t>
            </w: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  <w:tr>
        <w:trPr>
          <w:cantSplit/>
          <w:trHeight w:val="440" w:hRule="atLeast"/>
        </w:trPr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3324" w:type="dxa"/>
            <w:gridSpan w:val="4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20"/>
                <w:szCs w:val="20"/>
              </w:rPr>
            </w:pPr>
          </w:p>
        </w:tc>
        <w:tc>
          <w:tcPr>
            <w:tcW w:w="831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center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left"/>
              <w:rPr>
                <w:color w:val="222222"/>
                <w:sz w:val="18"/>
                <w:szCs w:val="18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評価：○＝できた、△＝一部できた、×＝できなかった。</w:t>
      </w:r>
    </w:p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4. よかったこと・課題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4. よかったこと・課題"/>
              <w:id w:val="41008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よかったことと、その理由を書きます。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課題は、数字や事実と一緒に書きます（例：手伝う人が同じ顔ぶれ）。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5. 次の年度の予定</w:t>
            </w:r>
          </w:p>
        </w:tc>
      </w:tr>
      <w:tr>
        <w:trPr>
          <w:cantSplit/>
          <w:trHeight w:val="108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top"/>
          </w:tcPr>
          <w:sdt>
            <w:sdtPr>
              <w:rPr>
                <w:color w:val="222222"/>
                <w:sz w:val="20"/>
                <w:szCs w:val="20"/>
              </w:rPr>
              <w:alias w:val="5. 次の年度の予定"/>
              <w:id w:val="41009"/>
              <w:showingPlcHdr/>
            </w:sdtPr>
            <w:sdtContent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次の年度にすることを「・」で書きます。</w:t>
                </w:r>
              </w:p>
              <w:p>
                <w:pPr>
                  <w:spacing w:before="0" w:after="0" w:line="280" w:lineRule="exact"/>
                  <w:jc w:val="left"/>
                  <w:rPr>
                    <w:color w:val="222222"/>
                    <w:sz w:val="20"/>
                    <w:szCs w:val="20"/>
                  </w:rPr>
                </w:pPr>
                <w:r>
                  <w:rPr>
                    <w:color w:val="8A94A0"/>
                    <w:sz w:val="20"/>
                    <w:szCs w:val="20"/>
                  </w:rPr>
                  <w:t xml:space="preserve">課題への手当てと、目標の数字を入れます。</w:t>
                </w:r>
              </w:p>
            </w:sdtContent>
          </w:sdt>
        </w:tc>
      </w:tr>
    </w:tbl>
    <w:p>
      <w:pPr>
        <w:spacing w:before="0" w:after="0" w:line="160" w:lineRule="exact"/>
        <w:rPr>
          <w:sz w:val="2"/>
          <w:szCs w:val="2"/>
        </w:rPr>
      </w:pPr>
    </w:p>
    <w:tbl>
      <w:tblPr>
        <w:tblW w:w="9972" w:type="dxa"/>
        <w:tblInd w:w="0" w:type="dxa"/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  <w:gridCol w:w="831"/>
      </w:tblGrid>
      <w:tr>
        <w:trPr>
          <w:cantSplit/>
          <w:trHeight w:val="400" w:hRule="atLeast"/>
        </w:trPr>
        <w:tc>
          <w:tcPr>
            <w:tcW w:w="9972" w:type="dxa"/>
            <w:gridSpan w:val="12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E8F0F6"/>
            <w:vAlign w:val="center"/>
          </w:tcPr>
          <w:p>
            <w:pPr>
              <w:pStyle w:val="ReportHeading"/>
              <w:keepNext/>
              <w:spacing w:before="0" w:after="0" w:line="280" w:lineRule="exact"/>
              <w:jc w:val="left"/>
              <w:rPr>
                <w:b/>
                <w:bCs/>
                <w:color w:val="1F3A5F"/>
                <w:sz w:val="20"/>
                <w:szCs w:val="20"/>
              </w:rPr>
            </w:pPr>
            <w:r>
              <w:rPr>
                <w:b/>
                <w:bCs/>
                <w:color w:val="1F3A5F"/>
                <w:sz w:val="20"/>
                <w:szCs w:val="20"/>
              </w:rPr>
              <w:t xml:space="preserve">6. 会計の報告（円。くわしくは収支報告書）</w:t>
            </w:r>
          </w:p>
        </w:tc>
      </w:tr>
      <w:tr>
        <w:trPr>
          <w:cantSplit/>
          <w:trHeight w:val="400" w:hRule="atLeast"/>
          <w:tblHeader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収入合計</w:t>
            </w: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支出合計</w:t>
            </w: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shd w:val="clear" w:color="auto" w:fill="1F3A5F"/>
            <w:vAlign w:val="center"/>
          </w:tcPr>
          <w:p>
            <w:pPr>
              <w:keepNext/>
              <w:spacing w:before="0" w:after="0" w:line="280" w:lineRule="exact"/>
              <w:jc w:val="center"/>
              <w:rPr>
                <w:b/>
                <w:bCs/>
                <w:color w:val="FFFFFF"/>
                <w:sz w:val="18"/>
                <w:szCs w:val="18"/>
              </w:rPr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次年度への繰越金（収入−支出）</w:t>
            </w:r>
          </w:p>
        </w:tc>
      </w:tr>
      <w:tr>
        <w:trPr>
          <w:cantSplit/>
          <w:trHeight w:val="440" w:hRule="atLeast"/>
        </w:trPr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  <w:tc>
          <w:tcPr>
            <w:tcW w:w="4986" w:type="dxa"/>
            <w:gridSpan w:val="6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vAlign w:val="center"/>
          </w:tcPr>
          <w:p>
            <w:pPr>
              <w:spacing w:before="0" w:after="0" w:line="280" w:lineRule="exact"/>
              <w:jc w:val="right"/>
              <w:rPr>
                <w:color w:val="222222"/>
                <w:sz w:val="20"/>
                <w:szCs w:val="20"/>
              </w:rPr>
            </w:pPr>
          </w:p>
        </w:tc>
      </w:tr>
    </w:tbl>
    <w:p>
      <w:pPr>
        <w:spacing w:before="40" w:after="0" w:line="250" w:lineRule="exact"/>
        <w:jc w:val="left"/>
        <w:rPr>
          <w:color w:val="555555"/>
          <w:sz w:val="17"/>
          <w:szCs w:val="17"/>
        </w:rPr>
      </w:pPr>
      <w:r>
        <w:rPr>
          <w:color w:val="555555"/>
          <w:sz w:val="17"/>
          <w:szCs w:val="17"/>
        </w:rPr>
        <w:t xml:space="preserve">金額は、総会で一緒に出す収支報告書の収入合計・支出合計と同じにします。</w:t>
      </w:r>
    </w:p>
    <w:sectPr w:rsidR="00FC693F" w:rsidRPr="0006063C" w:rsidSect="00034616">
      <w:pgSz w:w="11906" w:h="16838"/>
      <w:pgMar w:top="720" w:right="967" w:bottom="720" w:left="967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游ゴシック" w:eastAsia="游ゴシック" w:hAnsi="游ゴシック" w:cs="游ゴシック"/>
        <w:color w:val="222222"/>
        <w:sz w:val="20"/>
        <w:szCs w:val="20"/>
        <w:lang w:val="en-US" w:eastAsia="ja-JP" w:bidi="ar-SA"/>
      </w:rPr>
    </w:rPrDefault>
    <w:pPrDefault>
      <w:pPr>
        <w:autoSpaceDE w:val="0"/>
        <w:autoSpaceDN w:val="0"/>
        <w:spacing w:after="0" w:line="280" w:lineRule="exact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portHeading">
    <w:name w:val="報告書の見出し"/>
    <w:basedOn w:val="Normal"/>
    <w:next w:val="Normal"/>
    <w:qFormat/>
    <w:pPr>
      <w:keepNext/>
      <w:outlineLvl w:val="0"/>
    </w:pPr>
    <w:rPr>
      <w:b/>
      <w:bCs/>
      <w:color w:val="1F3A5F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活動報告書</dc:title>
  <dc:subject/>
  <dc:creator>おまかせレポート</dc:creator>
  <cp:keywords/>
  <dc:description/>
  <cp:lastModifiedBy>おまかせレポート</cp:lastModifiedBy>
  <cp:revision>1</cp:revision>
  <dcterms:created xsi:type="dcterms:W3CDTF">2026-11-03T15:12:07Z</dcterms:created>
  <dcterms:modified xsi:type="dcterms:W3CDTF">2026-11-03T15:12:07Z</dcterms:modified>
  <cp:category/>
</cp:coreProperties>
</file>