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活動報告書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宛先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総務部 〇〇部長、〇〇委員会 事務局 など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活動の名前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活動の名前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プロジェクト・委員会・サークルの名前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対象期間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対象期間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〇年〇月〇日〜〇月〇日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メンバー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メンバー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人数（期の初めとの違い）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活動の目的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活動の目的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何のための活動かを1〜2文で書きます。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結果（結論を先に）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2. 結果（結論を先に）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期間に何をして、どうなったかを「・」で2〜3行に書きます。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回数・人数・目標に届いたかを、数字で書きます。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活動の一覧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活動の回数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延べ参加人数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1回あたり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日付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活動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内容・結果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回数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延べ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人数</w:t>
            </w: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回数・延べ参加人数・1回あたりは、計算して書き入れます（Excel 版は数式で出ます）。</w:t>
      </w:r>
    </w:p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目標と結果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目標（期の初めに決めたこと）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結果（数字で）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評価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メモ</w:t>
            </w: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評価：○＝できた、△＝一部できた、×＝できなかった。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費用（円）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区分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説明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収入の合計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支出の合計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残り（収入の合計−支出の合計。次の期へ繰り越す）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区分は収入か支出を書きます。会社の補助の対象になる費用と精算の方法は、会社の決まりに従います。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次の期の予定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6. 次の期の予定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次の期にすることを「・」で書きます。補助などの申請があれば書き添えます。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確認した人のコメント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</w:tr>
      <w:tr>
        <w:trPr>
          <w:cantSplit/>
          <w:trHeight w:val="72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活動報告書（社内）</dc:title>
  <dc:subject/>
  <dc:creator>おまかせレポート</dc:creator>
  <cp:keywords/>
  <dc:description/>
  <cp:lastModifiedBy>おまかせレポート</cp:lastModifiedBy>
  <cp:revision>1</cp:revision>
  <dcterms:created xsi:type="dcterms:W3CDTF">2026-11-03T15:12:08Z</dcterms:created>
  <dcterms:modified xsi:type="dcterms:W3CDTF">2026-11-03T15:12:08Z</dcterms:modified>
  <cp:category/>
</cp:coreProperties>
</file>