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活動報告書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2026年度 上期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宛先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総務部 中川部長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2026年10月9日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活動の名前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フットサル部（社内サークル）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部長 大西 翔太（物流課）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対象期間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2026年4月1日〜9月30日（上期）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メンバー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18名（4月は15名）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活動の目的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部署をこえた交流と、社員の運動の機会をつくるため。会社の活動費の補助を受けて活動しています。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結果（結論を先に）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・練習と試合を13回行い、延べ166人が参加しました。1回あたり12.8人で、目標の13人にわずかに届きませんでした。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・新入社員4名と中途入社の1名が入部し、部員は18名になりました。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・7月の企業対抗フットサル大会で、8チーム中3位になりました。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活動の一覧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活動の回数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13回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延べ参加人数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166人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1回あたり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12.8人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日付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活動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内容・結果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回数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延べ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人数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4月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練習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市の体育館のコート（2時間）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20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5月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練習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24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5/24（日）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新入社員の歓迎試合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新入社員6名が参加し、4名が入部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22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6月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練習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26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7月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練習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25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7/12（日）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企業対抗フットサル大会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8チーム中3位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8月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練習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暑さのため1回を取りやめ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12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9月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練習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27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回数・延べ参加人数・1回あたりは、計算して書き入れます（Excel 版は数式で出ます）。</w:t>
      </w:r>
    </w:p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目標と結果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目標（期の初めに決めたこと）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結果（数字で）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評価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メモ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部員を15名から18名にする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18名（5名が入部、2名が退部）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○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新入社員の歓迎試合から4名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練習・試合の参加を1回平均13人以上にする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1回平均12.8人（13回・延べ166人）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△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8月は暑さで減った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大会で4位以内に入る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8チーム中3位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○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評価：○＝できた、△＝一部できた、×＝できなかった。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費用（円）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区分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説明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収入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前の期からの繰越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8,200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収入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会社の活動費の補助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60,000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上期分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収入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部費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50,500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月500円（4〜9月）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支出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コート代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66,000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5,500円×12回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支出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大会の参加費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15,000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1チーム分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支出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ボール・ビブス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12,800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ボール2個・ビブス10枚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支出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歓迎試合の飲み物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3,900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収入の合計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118,700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支出の合計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97,700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残り（収入の合計−支出の合計。次の期へ繰り越す）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21,000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区分は収入か支出を書きます。会社の補助の対象になる費用と精算の方法は、会社の決まりに従います。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次の期の予定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・下期は練習を月2回続け、12月に他社との練習試合を1回行います。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・下期の活動費の補助は、この報告と一緒に申請します。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確認した人のコメント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</w:tr>
      <w:tr>
        <w:trPr>
          <w:cantSplit/>
          <w:trHeight w:val="72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上期の補助の使い道を確認しました。下期の補助の申請も受け付けます。（総務部 中川）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活動報告書（社内）</dc:title>
  <dc:subject/>
  <dc:creator>おまかせレポート</dc:creator>
  <cp:keywords/>
  <dc:description/>
  <cp:lastModifiedBy>おまかせレポート</cp:lastModifiedBy>
  <cp:revision>1</cp:revision>
  <dcterms:created xsi:type="dcterms:W3CDTF">2026-11-03T15:12:08Z</dcterms:created>
  <dcterms:modified xsi:type="dcterms:W3CDTF">2026-11-03T15:12:08Z</dcterms:modified>
  <cp:category/>
</cp:coreProperties>
</file>